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CA1F" w14:textId="188FC37E" w:rsidR="00074EEF" w:rsidRDefault="00000000">
      <w:pPr>
        <w:jc w:val="center"/>
      </w:pPr>
      <w:r>
        <w:rPr>
          <w:b/>
          <w:color w:val="662266"/>
          <w:sz w:val="32"/>
        </w:rPr>
        <w:t>Patient Questionnaire – Lipedema Diagnosis</w:t>
      </w:r>
    </w:p>
    <w:p w14:paraId="1CAD71C1" w14:textId="454BC73E" w:rsidR="00074EEF" w:rsidRDefault="00000000" w:rsidP="00F946FE">
      <w:pPr>
        <w:jc w:val="both"/>
      </w:pPr>
      <w:r>
        <w:t>Please fill out the following questionnaire and forward it, along with pictures as described below, to our lipedema specialist. Your information shall be discussed during the on-line consultation with the specialist. This questionnaire and the consultation shall serve as the basis for issuing the medical diagnosis.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07E11E3C" w14:textId="77777777">
        <w:tc>
          <w:tcPr>
            <w:tcW w:w="8640" w:type="dxa"/>
            <w:shd w:val="clear" w:color="auto" w:fill="D3C1DD"/>
          </w:tcPr>
          <w:p w14:paraId="44F1B608" w14:textId="77777777" w:rsidR="00074EEF" w:rsidRDefault="00000000">
            <w:r>
              <w:rPr>
                <w:b/>
                <w:color w:val="FFFFFF"/>
                <w:sz w:val="28"/>
              </w:rPr>
              <w:t>1. Basic Information</w:t>
            </w:r>
          </w:p>
        </w:tc>
      </w:tr>
    </w:tbl>
    <w:p w14:paraId="71C00C18" w14:textId="77777777" w:rsidR="00074EEF" w:rsidRDefault="00000000">
      <w:pPr>
        <w:spacing w:after="80"/>
      </w:pPr>
      <w:r>
        <w:t>Name and Surname:</w:t>
      </w:r>
    </w:p>
    <w:sdt>
      <w:sdtPr>
        <w:id w:val="793336848"/>
        <w:placeholder>
          <w:docPart w:val="DefaultPlaceholder_-1854013440"/>
        </w:placeholder>
        <w:showingPlcHdr/>
        <w:text/>
      </w:sdtPr>
      <w:sdtContent>
        <w:p w14:paraId="56540666" w14:textId="460066BD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708654F0" w14:textId="77777777" w:rsidR="00074EEF" w:rsidRDefault="00000000">
      <w:pPr>
        <w:spacing w:after="80"/>
      </w:pPr>
      <w:r>
        <w:t>Gender:</w:t>
      </w:r>
    </w:p>
    <w:sdt>
      <w:sdtPr>
        <w:id w:val="-1358348503"/>
        <w:placeholder>
          <w:docPart w:val="DefaultPlaceholder_-1854013440"/>
        </w:placeholder>
        <w:showingPlcHdr/>
        <w:text/>
      </w:sdtPr>
      <w:sdtContent>
        <w:p w14:paraId="12D7A31A" w14:textId="267AFBC9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7598CA86" w14:textId="77777777" w:rsidR="00074EEF" w:rsidRDefault="00000000">
      <w:pPr>
        <w:spacing w:after="80"/>
      </w:pPr>
      <w:r>
        <w:t>Age:</w:t>
      </w:r>
    </w:p>
    <w:sdt>
      <w:sdtPr>
        <w:id w:val="1615408172"/>
        <w:placeholder>
          <w:docPart w:val="DefaultPlaceholder_-1854013440"/>
        </w:placeholder>
        <w:showingPlcHdr/>
        <w:text/>
      </w:sdtPr>
      <w:sdtContent>
        <w:p w14:paraId="06ACDC5B" w14:textId="6F264966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308E4F0C" w14:textId="77777777" w:rsidR="00074EEF" w:rsidRDefault="00000000">
      <w:pPr>
        <w:spacing w:after="80"/>
      </w:pPr>
      <w:r>
        <w:t>Height:</w:t>
      </w:r>
    </w:p>
    <w:sdt>
      <w:sdtPr>
        <w:id w:val="1029384508"/>
        <w:placeholder>
          <w:docPart w:val="DefaultPlaceholder_-1854013440"/>
        </w:placeholder>
        <w:showingPlcHdr/>
        <w:text/>
      </w:sdtPr>
      <w:sdtContent>
        <w:p w14:paraId="56A2E223" w14:textId="21781A05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41CA3E2B" w14:textId="77777777" w:rsidR="00074EEF" w:rsidRDefault="00000000">
      <w:pPr>
        <w:spacing w:after="80"/>
      </w:pPr>
      <w:r>
        <w:t>Weight:</w:t>
      </w:r>
    </w:p>
    <w:sdt>
      <w:sdtPr>
        <w:id w:val="-1981215983"/>
        <w:placeholder>
          <w:docPart w:val="DefaultPlaceholder_-1854013440"/>
        </w:placeholder>
        <w:showingPlcHdr/>
        <w:text/>
      </w:sdtPr>
      <w:sdtContent>
        <w:p w14:paraId="68DDB7CD" w14:textId="715DE7D9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031B8CF8" w14:textId="77777777">
        <w:tc>
          <w:tcPr>
            <w:tcW w:w="8640" w:type="dxa"/>
            <w:shd w:val="clear" w:color="auto" w:fill="D3C1DD"/>
          </w:tcPr>
          <w:p w14:paraId="1CE11CD3" w14:textId="77777777" w:rsidR="00074EEF" w:rsidRDefault="00000000">
            <w:r>
              <w:rPr>
                <w:b/>
                <w:color w:val="FFFFFF"/>
                <w:sz w:val="28"/>
              </w:rPr>
              <w:t>2. Medical History</w:t>
            </w:r>
          </w:p>
        </w:tc>
      </w:tr>
    </w:tbl>
    <w:p w14:paraId="1C9DD824" w14:textId="77777777" w:rsidR="00074EEF" w:rsidRDefault="00000000">
      <w:pPr>
        <w:spacing w:after="80"/>
      </w:pPr>
      <w:r>
        <w:t>Have you got any medical conditions? (check all that apply)</w:t>
      </w:r>
    </w:p>
    <w:sdt>
      <w:sdtPr>
        <w:id w:val="-1776484692"/>
        <w:placeholder>
          <w:docPart w:val="DefaultPlaceholder_-1854013440"/>
        </w:placeholder>
        <w:showingPlcHdr/>
        <w:text/>
      </w:sdtPr>
      <w:sdtContent>
        <w:p w14:paraId="4766B177" w14:textId="34699827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49B2F64D" w14:textId="1343F614" w:rsidR="00074EEF" w:rsidRDefault="00000000">
      <w:sdt>
        <w:sdtPr>
          <w:id w:val="-2140562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High blood pressure   </w:t>
      </w:r>
      <w:sdt>
        <w:sdtPr>
          <w:id w:val="1018660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Heart disease   </w:t>
      </w:r>
      <w:sdt>
        <w:sdtPr>
          <w:id w:val="154216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Liver disease   </w:t>
      </w:r>
      <w:sdt>
        <w:sdtPr>
          <w:id w:val="-506589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Kidney disease   </w:t>
      </w:r>
      <w:sdt>
        <w:sdtPr>
          <w:id w:val="-81903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Chronic vein disease, varices   </w:t>
      </w:r>
      <w:sdt>
        <w:sdtPr>
          <w:id w:val="884912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>
            <w:rPr>
              <w:rFonts w:ascii="MS Gothic" w:eastAsia="MS Gothic" w:hAnsi="MS Gothic" w:hint="eastAsia"/>
            </w:rPr>
            <w:t>☐</w:t>
          </w:r>
        </w:sdtContent>
      </w:sdt>
      <w:r w:rsidR="008C3400">
        <w:t xml:space="preserve"> Other: </w:t>
      </w:r>
      <w:sdt>
        <w:sdtPr>
          <w:id w:val="995770520"/>
          <w:placeholder>
            <w:docPart w:val="DefaultPlaceholder_-1854013440"/>
          </w:placeholder>
          <w:showingPlcHdr/>
          <w:text/>
        </w:sdtPr>
        <w:sdtContent>
          <w:r w:rsidR="008C3400" w:rsidRPr="00E67239">
            <w:rPr>
              <w:rStyle w:val="Zstupntext"/>
            </w:rPr>
            <w:t>Klikněte nebo klepněte sem a zadejte text.</w:t>
          </w:r>
        </w:sdtContent>
      </w:sdt>
    </w:p>
    <w:p w14:paraId="719FBA2B" w14:textId="77777777" w:rsidR="00074EEF" w:rsidRDefault="00000000">
      <w:pPr>
        <w:spacing w:after="80"/>
      </w:pPr>
      <w:r>
        <w:t>Do you take any medication? Please list:</w:t>
      </w:r>
    </w:p>
    <w:sdt>
      <w:sdtPr>
        <w:id w:val="-1820952427"/>
        <w:placeholder>
          <w:docPart w:val="DefaultPlaceholder_-1854013440"/>
        </w:placeholder>
        <w:showingPlcHdr/>
        <w:text/>
      </w:sdtPr>
      <w:sdtContent>
        <w:p w14:paraId="489B5D50" w14:textId="1AC6A1CC" w:rsidR="00074EEF" w:rsidRDefault="008C3400">
          <w:r w:rsidRPr="00E67239">
            <w:rPr>
              <w:rStyle w:val="Zstupntext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3A95BE7D" w14:textId="77777777">
        <w:tc>
          <w:tcPr>
            <w:tcW w:w="8640" w:type="dxa"/>
            <w:shd w:val="clear" w:color="auto" w:fill="D3C1DD"/>
          </w:tcPr>
          <w:p w14:paraId="0B579903" w14:textId="77777777" w:rsidR="00074EEF" w:rsidRDefault="00000000">
            <w:r>
              <w:rPr>
                <w:b/>
                <w:color w:val="FFFFFF"/>
                <w:sz w:val="28"/>
              </w:rPr>
              <w:t>3. Family History</w:t>
            </w:r>
          </w:p>
        </w:tc>
      </w:tr>
    </w:tbl>
    <w:p w14:paraId="73C80074" w14:textId="77777777" w:rsidR="00074EEF" w:rsidRDefault="00000000">
      <w:pPr>
        <w:spacing w:after="80"/>
      </w:pPr>
      <w:r>
        <w:t>Does anyone in your family have similar problems (body disproportions, painful legs, rapid fat accumulation)?</w:t>
      </w:r>
    </w:p>
    <w:sdt>
      <w:sdtPr>
        <w:id w:val="1102687581"/>
        <w:placeholder>
          <w:docPart w:val="DefaultPlaceholder_-1854013440"/>
        </w:placeholder>
        <w:showingPlcHdr/>
        <w:text/>
      </w:sdtPr>
      <w:sdtContent>
        <w:p w14:paraId="64DE2776" w14:textId="13786695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399CD952" w14:textId="140127F6" w:rsidR="00074EEF" w:rsidRDefault="00000000">
      <w:sdt>
        <w:sdtPr>
          <w:id w:val="1542330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Yes - specify: </w:t>
      </w:r>
      <w:sdt>
        <w:sdtPr>
          <w:id w:val="-1507598641"/>
          <w:placeholder>
            <w:docPart w:val="DefaultPlaceholder_-1854013440"/>
          </w:placeholder>
          <w:showingPlcHdr/>
          <w:text/>
        </w:sdtPr>
        <w:sdtContent>
          <w:r w:rsidR="00F946FE" w:rsidRPr="00E67239">
            <w:rPr>
              <w:rStyle w:val="Zstupntext"/>
            </w:rPr>
            <w:t>Klikněte nebo klepněte sem a zadejte text.</w:t>
          </w:r>
        </w:sdtContent>
      </w:sdt>
      <w:sdt>
        <w:sdtPr>
          <w:id w:val="-1702390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No   </w:t>
      </w:r>
      <w:sdt>
        <w:sdtPr>
          <w:id w:val="-2022390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I don't know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1DA8EC1A" w14:textId="77777777">
        <w:tc>
          <w:tcPr>
            <w:tcW w:w="8640" w:type="dxa"/>
            <w:shd w:val="clear" w:color="auto" w:fill="D3C1DD"/>
          </w:tcPr>
          <w:p w14:paraId="5149F781" w14:textId="77777777" w:rsidR="00074EEF" w:rsidRDefault="00000000">
            <w:r>
              <w:rPr>
                <w:b/>
                <w:color w:val="FFFFFF"/>
                <w:sz w:val="28"/>
              </w:rPr>
              <w:lastRenderedPageBreak/>
              <w:t>4. Personal History</w:t>
            </w:r>
          </w:p>
        </w:tc>
      </w:tr>
    </w:tbl>
    <w:p w14:paraId="7E172BB3" w14:textId="77777777" w:rsidR="00074EEF" w:rsidRDefault="00000000">
      <w:pPr>
        <w:spacing w:after="80"/>
      </w:pPr>
      <w:r>
        <w:t>When did you first notice changes in the shape of your legs/arms?</w:t>
      </w:r>
    </w:p>
    <w:sdt>
      <w:sdtPr>
        <w:id w:val="1969854305"/>
        <w:placeholder>
          <w:docPart w:val="DefaultPlaceholder_-1854013440"/>
        </w:placeholder>
        <w:showingPlcHdr/>
        <w:text/>
      </w:sdtPr>
      <w:sdtContent>
        <w:p w14:paraId="65C62769" w14:textId="5F50D174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7DE2D9DB" w14:textId="40B41663" w:rsidR="00074EEF" w:rsidRDefault="00000000">
      <w:sdt>
        <w:sdtPr>
          <w:id w:val="-1853944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Puberty   </w:t>
      </w:r>
      <w:sdt>
        <w:sdtPr>
          <w:id w:val="735518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Pregnancy   </w:t>
      </w:r>
      <w:sdt>
        <w:sdtPr>
          <w:id w:val="-442698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After menopause   </w:t>
      </w:r>
      <w:sdt>
        <w:sdtPr>
          <w:id w:val="547726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Other: </w:t>
      </w:r>
      <w:sdt>
        <w:sdtPr>
          <w:id w:val="-227302490"/>
          <w:placeholder>
            <w:docPart w:val="DefaultPlaceholder_-1854013440"/>
          </w:placeholder>
          <w:showingPlcHdr/>
          <w:text/>
        </w:sdtPr>
        <w:sdtContent>
          <w:r w:rsidR="00F946FE" w:rsidRPr="00E67239">
            <w:rPr>
              <w:rStyle w:val="Zstupntext"/>
            </w:rPr>
            <w:t>Klikněte nebo klepněte sem a zadejte text.</w:t>
          </w:r>
        </w:sdtContent>
      </w:sdt>
    </w:p>
    <w:p w14:paraId="02CCAA49" w14:textId="77777777" w:rsidR="00074EEF" w:rsidRDefault="00000000">
      <w:pPr>
        <w:spacing w:after="80"/>
      </w:pPr>
      <w:r>
        <w:t>Do you experience any of the following symptoms? (Check all that apply)</w:t>
      </w:r>
    </w:p>
    <w:sdt>
      <w:sdtPr>
        <w:id w:val="-404223183"/>
        <w:placeholder>
          <w:docPart w:val="DefaultPlaceholder_-1854013440"/>
        </w:placeholder>
        <w:showingPlcHdr/>
        <w:text/>
      </w:sdtPr>
      <w:sdtContent>
        <w:p w14:paraId="54BD79B7" w14:textId="551B7FDD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03F35275" w14:textId="377EC8AD" w:rsidR="00074EEF" w:rsidRDefault="00000000">
      <w:sdt>
        <w:sdtPr>
          <w:id w:val="-1198161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Tenderness to touch   </w:t>
      </w:r>
      <w:sdt>
        <w:sdtPr>
          <w:id w:val="-1549298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Easy bruising   </w:t>
      </w:r>
      <w:sdt>
        <w:sdtPr>
          <w:id w:val="-36460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Pain after prolonged standing/sitting   </w:t>
      </w:r>
      <w:sdt>
        <w:sdtPr>
          <w:id w:val="926237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Feeling of heavy legs/arms   </w:t>
      </w:r>
      <w:sdt>
        <w:sdtPr>
          <w:id w:val="-1812706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Altered skin temperature or appearance   </w:t>
      </w:r>
      <w:sdt>
        <w:sdtPr>
          <w:id w:val="627057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Fatigue in legs/extremities   </w:t>
      </w:r>
      <w:sdt>
        <w:sdtPr>
          <w:id w:val="145483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Gradual worsening over time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5E3497F7" w14:textId="77777777">
        <w:tc>
          <w:tcPr>
            <w:tcW w:w="8640" w:type="dxa"/>
            <w:shd w:val="clear" w:color="auto" w:fill="D3C1DD"/>
          </w:tcPr>
          <w:p w14:paraId="28AF0A8D" w14:textId="77777777" w:rsidR="00074EEF" w:rsidRDefault="00000000">
            <w:r>
              <w:rPr>
                <w:b/>
                <w:color w:val="FFFFFF"/>
                <w:sz w:val="28"/>
              </w:rPr>
              <w:t>5. Lifestyle and Influences</w:t>
            </w:r>
          </w:p>
        </w:tc>
      </w:tr>
    </w:tbl>
    <w:p w14:paraId="59548DDF" w14:textId="77777777" w:rsidR="00074EEF" w:rsidRDefault="00000000">
      <w:pPr>
        <w:spacing w:after="80"/>
      </w:pPr>
      <w:r>
        <w:t>Did you notice any changes with diet and exercise?</w:t>
      </w:r>
    </w:p>
    <w:sdt>
      <w:sdtPr>
        <w:id w:val="-825736055"/>
        <w:placeholder>
          <w:docPart w:val="DefaultPlaceholder_-1854013440"/>
        </w:placeholder>
        <w:showingPlcHdr/>
        <w:text/>
      </w:sdtPr>
      <w:sdtContent>
        <w:p w14:paraId="4D1F572E" w14:textId="43B35740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4660544E" w14:textId="77D33BD3" w:rsidR="00074EEF" w:rsidRDefault="00000000">
      <w:sdt>
        <w:sdtPr>
          <w:id w:val="-1213884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Yes, significant improvement   </w:t>
      </w:r>
      <w:sdt>
        <w:sdtPr>
          <w:id w:val="-21350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Yes, minor improvement   </w:t>
      </w:r>
      <w:sdt>
        <w:sdtPr>
          <w:id w:val="-82151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No improvement</w:t>
      </w:r>
    </w:p>
    <w:p w14:paraId="788F10F2" w14:textId="77777777" w:rsidR="00074EEF" w:rsidRDefault="00000000">
      <w:pPr>
        <w:spacing w:after="80"/>
      </w:pPr>
      <w:r>
        <w:t>Regular physical activity (more than twice a week)</w:t>
      </w:r>
    </w:p>
    <w:sdt>
      <w:sdtPr>
        <w:id w:val="-1144039999"/>
        <w:placeholder>
          <w:docPart w:val="DefaultPlaceholder_-1854013440"/>
        </w:placeholder>
        <w:showingPlcHdr/>
        <w:text/>
      </w:sdtPr>
      <w:sdtContent>
        <w:p w14:paraId="392D21DA" w14:textId="14B96453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137886FC" w14:textId="721ECF02" w:rsidR="00074EEF" w:rsidRDefault="00000000">
      <w:sdt>
        <w:sdtPr>
          <w:id w:val="508962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Yes   </w:t>
      </w:r>
      <w:sdt>
        <w:sdtPr>
          <w:id w:val="-286584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No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39797EE5" w14:textId="77777777">
        <w:tc>
          <w:tcPr>
            <w:tcW w:w="8640" w:type="dxa"/>
            <w:shd w:val="clear" w:color="auto" w:fill="D3C1DD"/>
          </w:tcPr>
          <w:p w14:paraId="11DF2ACC" w14:textId="77777777" w:rsidR="00074EEF" w:rsidRDefault="00000000">
            <w:r>
              <w:rPr>
                <w:b/>
                <w:color w:val="FFFFFF"/>
                <w:sz w:val="28"/>
              </w:rPr>
              <w:t>6. Subjective Assessment</w:t>
            </w:r>
          </w:p>
        </w:tc>
      </w:tr>
    </w:tbl>
    <w:p w14:paraId="0505E62B" w14:textId="77777777" w:rsidR="00074EEF" w:rsidRDefault="00074EEF"/>
    <w:p w14:paraId="4E5BC454" w14:textId="77777777" w:rsidR="00074EEF" w:rsidRDefault="00000000">
      <w:pPr>
        <w:spacing w:after="80"/>
      </w:pPr>
      <w:r>
        <w:t>How much do your symptoms affect your quality of life (0 - not at all, 10 - very much):</w:t>
      </w:r>
    </w:p>
    <w:sdt>
      <w:sdtPr>
        <w:id w:val="396550796"/>
        <w:placeholder>
          <w:docPart w:val="DefaultPlaceholder_-1854013440"/>
        </w:placeholder>
        <w:showingPlcHdr/>
        <w:text/>
      </w:sdtPr>
      <w:sdtContent>
        <w:p w14:paraId="420E51BA" w14:textId="40F3AD64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3A6213FA" w14:textId="77777777" w:rsidR="00074EEF" w:rsidRDefault="00000000">
      <w:pPr>
        <w:spacing w:after="80"/>
      </w:pPr>
      <w:r>
        <w:t>What is most bothersome for you?</w:t>
      </w:r>
    </w:p>
    <w:sdt>
      <w:sdtPr>
        <w:id w:val="-243880597"/>
        <w:placeholder>
          <w:docPart w:val="DefaultPlaceholder_-1854013440"/>
        </w:placeholder>
        <w:showingPlcHdr/>
        <w:text/>
      </w:sdtPr>
      <w:sdtContent>
        <w:p w14:paraId="114FF1C6" w14:textId="29D00F58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42FAF4A6" w14:textId="5BDD4AE3" w:rsidR="00074EEF" w:rsidRDefault="00000000">
      <w:sdt>
        <w:sdtPr>
          <w:id w:val="1263333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Pain   </w:t>
      </w:r>
      <w:sdt>
        <w:sdtPr>
          <w:id w:val="-1903514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Appearance   </w:t>
      </w:r>
      <w:sdt>
        <w:sdtPr>
          <w:id w:val="809214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Limited mobility   </w:t>
      </w:r>
      <w:sdt>
        <w:sdtPr>
          <w:id w:val="1538930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Other: </w:t>
      </w:r>
      <w:sdt>
        <w:sdtPr>
          <w:id w:val="-328442627"/>
          <w:placeholder>
            <w:docPart w:val="DefaultPlaceholder_-1854013440"/>
          </w:placeholder>
          <w:showingPlcHdr/>
          <w:text/>
        </w:sdtPr>
        <w:sdtContent>
          <w:r w:rsidR="00F946FE" w:rsidRPr="00E67239">
            <w:rPr>
              <w:rStyle w:val="Zstupntext"/>
            </w:rPr>
            <w:t>Klikněte nebo klepněte sem a zadejte text.</w:t>
          </w:r>
        </w:sdtContent>
      </w:sdt>
    </w:p>
    <w:p w14:paraId="39EDF0EB" w14:textId="77777777" w:rsidR="00F946FE" w:rsidRDefault="00F946FE"/>
    <w:p w14:paraId="7ACFBA80" w14:textId="77777777" w:rsidR="00F946FE" w:rsidRDefault="00F946FE"/>
    <w:p w14:paraId="4ACA1A24" w14:textId="77777777" w:rsidR="00F946FE" w:rsidRDefault="00F946FE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793A7280" w14:textId="77777777">
        <w:tc>
          <w:tcPr>
            <w:tcW w:w="8640" w:type="dxa"/>
            <w:shd w:val="clear" w:color="auto" w:fill="D3C1DD"/>
          </w:tcPr>
          <w:p w14:paraId="3088553A" w14:textId="77777777" w:rsidR="00074EEF" w:rsidRDefault="00000000">
            <w:r>
              <w:rPr>
                <w:b/>
                <w:color w:val="FFFFFF"/>
                <w:sz w:val="28"/>
              </w:rPr>
              <w:lastRenderedPageBreak/>
              <w:t>7. Previous Treatment</w:t>
            </w:r>
          </w:p>
        </w:tc>
      </w:tr>
    </w:tbl>
    <w:p w14:paraId="1E69B259" w14:textId="77777777" w:rsidR="00074EEF" w:rsidRDefault="00000000">
      <w:pPr>
        <w:spacing w:after="80"/>
      </w:pPr>
      <w:r>
        <w:t>Have you ever tried any of the following?</w:t>
      </w:r>
    </w:p>
    <w:sdt>
      <w:sdtPr>
        <w:id w:val="1324241619"/>
        <w:placeholder>
          <w:docPart w:val="DefaultPlaceholder_-1854013440"/>
        </w:placeholder>
        <w:showingPlcHdr/>
        <w:text/>
      </w:sdtPr>
      <w:sdtContent>
        <w:p w14:paraId="6ACE97E2" w14:textId="5CF376D2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12A59E55" w14:textId="5B7E08B7" w:rsidR="00074EEF" w:rsidRDefault="00000000">
      <w:sdt>
        <w:sdtPr>
          <w:id w:val="-91902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Compression stockings   </w:t>
      </w:r>
      <w:sdt>
        <w:sdtPr>
          <w:id w:val="-14874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Manual lymphatic drainage   </w:t>
      </w:r>
      <w:sdt>
        <w:sdtPr>
          <w:id w:val="52289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Diet   </w:t>
      </w:r>
      <w:sdt>
        <w:sdtPr>
          <w:id w:val="175918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Liposuction   </w:t>
      </w:r>
      <w:sdt>
        <w:sdtPr>
          <w:id w:val="-34038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>
            <w:rPr>
              <w:rFonts w:ascii="MS Gothic" w:eastAsia="MS Gothic" w:hAnsi="MS Gothic" w:hint="eastAsia"/>
            </w:rPr>
            <w:t>☐</w:t>
          </w:r>
        </w:sdtContent>
      </w:sdt>
      <w:r w:rsidR="00F946FE">
        <w:t xml:space="preserve"> Other: </w:t>
      </w:r>
      <w:sdt>
        <w:sdtPr>
          <w:id w:val="1826546010"/>
          <w:placeholder>
            <w:docPart w:val="DefaultPlaceholder_-1854013440"/>
          </w:placeholder>
          <w:showingPlcHdr/>
          <w:text/>
        </w:sdtPr>
        <w:sdtContent>
          <w:r w:rsidR="00F946FE" w:rsidRPr="00E67239">
            <w:rPr>
              <w:rStyle w:val="Zstupntext"/>
            </w:rPr>
            <w:t>Klikněte nebo klepněte sem a zadejte text.</w:t>
          </w:r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07F1985A" w14:textId="77777777">
        <w:tc>
          <w:tcPr>
            <w:tcW w:w="8640" w:type="dxa"/>
            <w:shd w:val="clear" w:color="auto" w:fill="D3C1DD"/>
          </w:tcPr>
          <w:p w14:paraId="76B7E5A3" w14:textId="77777777" w:rsidR="00074EEF" w:rsidRDefault="00000000">
            <w:r>
              <w:rPr>
                <w:b/>
                <w:color w:val="FFFFFF"/>
                <w:sz w:val="28"/>
              </w:rPr>
              <w:t>8. Body Diagram</w:t>
            </w:r>
          </w:p>
        </w:tc>
      </w:tr>
    </w:tbl>
    <w:p w14:paraId="59122C7B" w14:textId="5999C2EC" w:rsidR="00074EEF" w:rsidRDefault="00000000">
      <w:pPr>
        <w:spacing w:after="80"/>
      </w:pPr>
      <w:r>
        <w:t xml:space="preserve">Please </w:t>
      </w:r>
      <w:r w:rsidR="0063412A">
        <w:t>describe</w:t>
      </w:r>
      <w:r>
        <w:t xml:space="preserve"> below the areas where you experience problems (pain, swelling, tenderness).</w:t>
      </w:r>
    </w:p>
    <w:sdt>
      <w:sdtPr>
        <w:id w:val="1717620721"/>
        <w:placeholder>
          <w:docPart w:val="DefaultPlaceholder_-1854013440"/>
        </w:placeholder>
        <w:showingPlcHdr/>
        <w:text/>
      </w:sdtPr>
      <w:sdtContent>
        <w:p w14:paraId="2502B562" w14:textId="63CEA526" w:rsidR="00074EEF" w:rsidRDefault="00F946FE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68D3D132" w14:textId="77777777" w:rsidR="00074EEF" w:rsidRDefault="00074EEF"/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14:paraId="19B1D446" w14:textId="77777777">
        <w:tc>
          <w:tcPr>
            <w:tcW w:w="8640" w:type="dxa"/>
            <w:shd w:val="clear" w:color="auto" w:fill="D3C1DD"/>
          </w:tcPr>
          <w:p w14:paraId="210D6393" w14:textId="77777777" w:rsidR="00074EEF" w:rsidRDefault="00000000">
            <w:r>
              <w:rPr>
                <w:b/>
                <w:color w:val="FFFFFF"/>
                <w:sz w:val="28"/>
              </w:rPr>
              <w:t>9. Any Other Remarks</w:t>
            </w:r>
          </w:p>
        </w:tc>
      </w:tr>
    </w:tbl>
    <w:p w14:paraId="06CB2F5A" w14:textId="77777777" w:rsidR="00074EEF" w:rsidRDefault="00000000">
      <w:pPr>
        <w:spacing w:after="80"/>
      </w:pPr>
      <w:r>
        <w:t>Any other remarks:</w:t>
      </w:r>
    </w:p>
    <w:sdt>
      <w:sdtPr>
        <w:id w:val="581727591"/>
        <w:placeholder>
          <w:docPart w:val="DefaultPlaceholder_-1854013440"/>
        </w:placeholder>
        <w:showingPlcHdr/>
        <w:text/>
      </w:sdtPr>
      <w:sdtContent>
        <w:p w14:paraId="2D0545A0" w14:textId="4F56A3CB" w:rsidR="00074EEF" w:rsidRDefault="0063412A">
          <w:r w:rsidRPr="00E67239">
            <w:rPr>
              <w:rStyle w:val="Zstupntext"/>
            </w:rPr>
            <w:t>Klikněte nebo klepněte sem a zadejte text.</w:t>
          </w:r>
        </w:p>
      </w:sdtContent>
    </w:sdt>
    <w:p w14:paraId="40DB4BC7" w14:textId="77777777" w:rsidR="00F946FE" w:rsidRDefault="00F946FE"/>
    <w:p w14:paraId="701D9E6A" w14:textId="77777777" w:rsidR="00F946FE" w:rsidRDefault="00F946FE"/>
    <w:p w14:paraId="5F236900" w14:textId="77777777" w:rsidR="0063412A" w:rsidRDefault="00000000" w:rsidP="0063412A">
      <w:pPr>
        <w:jc w:val="both"/>
      </w:pPr>
      <w:r>
        <w:t>This questionnaire helps us to better understand your condition and guide further examinations</w:t>
      </w:r>
      <w:r w:rsidR="0063412A">
        <w:t xml:space="preserve"> </w:t>
      </w:r>
      <w:r>
        <w:t>and</w:t>
      </w:r>
      <w:r w:rsidR="0063412A">
        <w:t xml:space="preserve"> </w:t>
      </w:r>
      <w:r>
        <w:t>treatment.</w:t>
      </w:r>
    </w:p>
    <w:p w14:paraId="6FECE9FB" w14:textId="77777777" w:rsidR="0063412A" w:rsidRDefault="0063412A" w:rsidP="0063412A">
      <w:pPr>
        <w:jc w:val="both"/>
        <w:rPr>
          <w:b/>
          <w:bCs/>
        </w:rPr>
      </w:pPr>
      <w:r w:rsidRPr="0063412A">
        <w:rPr>
          <w:b/>
          <w:bCs/>
        </w:rPr>
        <w:t xml:space="preserve">IMPORTANT: </w:t>
      </w:r>
      <w:r w:rsidR="00000000" w:rsidRPr="0063412A">
        <w:rPr>
          <w:b/>
          <w:bCs/>
        </w:rPr>
        <w:t xml:space="preserve">Please attach photographs of the affected areas (front, back, sides). </w:t>
      </w:r>
    </w:p>
    <w:p w14:paraId="180B6288" w14:textId="77777777" w:rsidR="0063412A" w:rsidRDefault="00000000" w:rsidP="0063412A">
      <w:pPr>
        <w:pStyle w:val="Odstavecseseznamem"/>
        <w:numPr>
          <w:ilvl w:val="0"/>
          <w:numId w:val="10"/>
        </w:numPr>
        <w:jc w:val="both"/>
        <w:rPr>
          <w:b/>
          <w:bCs/>
        </w:rPr>
      </w:pPr>
      <w:r w:rsidRPr="0063412A">
        <w:rPr>
          <w:b/>
          <w:bCs/>
        </w:rPr>
        <w:t>Preferably both legs including ankles and feet, or arms including wrists and hands.</w:t>
      </w:r>
    </w:p>
    <w:p w14:paraId="02D04A09" w14:textId="77777777" w:rsidR="0063412A" w:rsidRDefault="00000000" w:rsidP="0063412A">
      <w:pPr>
        <w:pStyle w:val="Odstavecseseznamem"/>
        <w:numPr>
          <w:ilvl w:val="0"/>
          <w:numId w:val="10"/>
        </w:numPr>
        <w:jc w:val="both"/>
        <w:rPr>
          <w:b/>
          <w:bCs/>
        </w:rPr>
      </w:pPr>
      <w:r w:rsidRPr="0063412A">
        <w:rPr>
          <w:b/>
          <w:bCs/>
        </w:rPr>
        <w:t xml:space="preserve">Photos should be taken from knee height to avoid distortion. </w:t>
      </w:r>
    </w:p>
    <w:p w14:paraId="3E4CD2D5" w14:textId="489121F3" w:rsidR="00074EEF" w:rsidRPr="0063412A" w:rsidRDefault="00000000" w:rsidP="0063412A">
      <w:pPr>
        <w:pStyle w:val="Odstavecseseznamem"/>
        <w:numPr>
          <w:ilvl w:val="0"/>
          <w:numId w:val="10"/>
        </w:numPr>
        <w:jc w:val="both"/>
        <w:rPr>
          <w:b/>
          <w:bCs/>
        </w:rPr>
      </w:pPr>
      <w:r w:rsidRPr="0063412A">
        <w:rPr>
          <w:b/>
          <w:bCs/>
        </w:rPr>
        <w:t>Preferably no selfies.</w:t>
      </w:r>
    </w:p>
    <w:sectPr w:rsidR="00074EEF" w:rsidRPr="0063412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B06EF9"/>
    <w:multiLevelType w:val="hybridMultilevel"/>
    <w:tmpl w:val="DC0A0476"/>
    <w:lvl w:ilvl="0" w:tplc="C7384ED6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372174">
    <w:abstractNumId w:val="8"/>
  </w:num>
  <w:num w:numId="2" w16cid:durableId="2089500677">
    <w:abstractNumId w:val="6"/>
  </w:num>
  <w:num w:numId="3" w16cid:durableId="438722649">
    <w:abstractNumId w:val="5"/>
  </w:num>
  <w:num w:numId="4" w16cid:durableId="967398583">
    <w:abstractNumId w:val="4"/>
  </w:num>
  <w:num w:numId="5" w16cid:durableId="1255435446">
    <w:abstractNumId w:val="7"/>
  </w:num>
  <w:num w:numId="6" w16cid:durableId="1384400325">
    <w:abstractNumId w:val="3"/>
  </w:num>
  <w:num w:numId="7" w16cid:durableId="557714611">
    <w:abstractNumId w:val="2"/>
  </w:num>
  <w:num w:numId="8" w16cid:durableId="1076977862">
    <w:abstractNumId w:val="1"/>
  </w:num>
  <w:num w:numId="9" w16cid:durableId="1673602217">
    <w:abstractNumId w:val="0"/>
  </w:num>
  <w:num w:numId="10" w16cid:durableId="16856711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ocumentProtection w:edit="forms" w:formatting="1" w:enforcement="1" w:cryptProviderType="rsaAES" w:cryptAlgorithmClass="hash" w:cryptAlgorithmType="typeAny" w:cryptAlgorithmSid="14" w:cryptSpinCount="100000" w:hash="npiKA/nqAFFKeXvVDI6sC3PLOiMqOJUTVsDPYRXVFwDJqrE4OWjaA8SWEmFl+uDMZFsuoU8FDLc3nI9kesw0Ig==" w:salt="30kiAv2o/O2zJfuLj4p2yw==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EF"/>
    <w:rsid w:val="0015074B"/>
    <w:rsid w:val="00280810"/>
    <w:rsid w:val="0029639D"/>
    <w:rsid w:val="00326F90"/>
    <w:rsid w:val="003F03AD"/>
    <w:rsid w:val="005B2D1A"/>
    <w:rsid w:val="0063412A"/>
    <w:rsid w:val="008C3400"/>
    <w:rsid w:val="008E6008"/>
    <w:rsid w:val="00AA1D8D"/>
    <w:rsid w:val="00B458B3"/>
    <w:rsid w:val="00B47730"/>
    <w:rsid w:val="00BE3731"/>
    <w:rsid w:val="00CB0664"/>
    <w:rsid w:val="00E731FA"/>
    <w:rsid w:val="00F730BD"/>
    <w:rsid w:val="00F946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F0633"/>
  <w14:defaultImageDpi w14:val="330"/>
  <w15:docId w15:val="{76A5A622-DE56-4D92-B124-513817C6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8C34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BF1153-15A9-46AC-8905-ED0CF1FB3E34}"/>
      </w:docPartPr>
      <w:docPartBody>
        <w:p w:rsidR="008A0DE6" w:rsidRDefault="000D147B">
          <w:r w:rsidRPr="00E6723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7B"/>
    <w:rsid w:val="000D147B"/>
    <w:rsid w:val="001B56A1"/>
    <w:rsid w:val="00280810"/>
    <w:rsid w:val="006C5718"/>
    <w:rsid w:val="008A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D147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496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 Šolc</cp:lastModifiedBy>
  <cp:revision>2</cp:revision>
  <cp:lastPrinted>2025-10-22T09:40:00Z</cp:lastPrinted>
  <dcterms:created xsi:type="dcterms:W3CDTF">2025-10-22T10:45:00Z</dcterms:created>
  <dcterms:modified xsi:type="dcterms:W3CDTF">2025-10-22T10:45:00Z</dcterms:modified>
  <cp:category/>
</cp:coreProperties>
</file>