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10626" w14:textId="78066D2B" w:rsidR="00DD625A" w:rsidRPr="00A55680" w:rsidRDefault="00DD625A" w:rsidP="00DD625A">
      <w:pPr>
        <w:jc w:val="center"/>
        <w:rPr>
          <w:b/>
          <w:color w:val="662266"/>
          <w:sz w:val="32"/>
          <w:lang w:val="cs-CZ"/>
        </w:rPr>
      </w:pPr>
      <w:r w:rsidRPr="00A55680">
        <w:rPr>
          <w:b/>
          <w:color w:val="662266"/>
          <w:sz w:val="32"/>
          <w:lang w:val="cs-CZ"/>
        </w:rPr>
        <w:t>Pacientský dotazník – diagnóza lipedému</w:t>
      </w:r>
    </w:p>
    <w:p w14:paraId="1CAD71C1" w14:textId="06C3D553" w:rsidR="00074EEF" w:rsidRPr="00A55680" w:rsidRDefault="006B5B19" w:rsidP="00F946FE">
      <w:pPr>
        <w:jc w:val="both"/>
        <w:rPr>
          <w:lang w:val="cs-CZ"/>
        </w:rPr>
      </w:pPr>
      <w:r w:rsidRPr="00A55680">
        <w:rPr>
          <w:lang w:val="cs-CZ"/>
        </w:rPr>
        <w:t xml:space="preserve">Vyplňte prosím následující dotazník a zašlete jej spolu s níže popsanými fotografiemi našemu specialistovi na lipedém. Vaše informace </w:t>
      </w:r>
      <w:r w:rsidR="00EB75DD">
        <w:rPr>
          <w:lang w:val="cs-CZ"/>
        </w:rPr>
        <w:t>budou probrány</w:t>
      </w:r>
      <w:r w:rsidRPr="00A55680">
        <w:rPr>
          <w:lang w:val="cs-CZ"/>
        </w:rPr>
        <w:t xml:space="preserve"> během online konzultace se specialistou. Tento dotazník a konzultace budou sloužit jako podklad pro stanovení lékařské diagnózy.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07E11E3C" w14:textId="77777777">
        <w:tc>
          <w:tcPr>
            <w:tcW w:w="8640" w:type="dxa"/>
            <w:shd w:val="clear" w:color="auto" w:fill="D3C1DD"/>
          </w:tcPr>
          <w:p w14:paraId="44F1B608" w14:textId="030F6622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 xml:space="preserve">1. </w:t>
            </w:r>
            <w:r w:rsidR="006B5B19" w:rsidRPr="00A55680">
              <w:rPr>
                <w:b/>
                <w:color w:val="FFFFFF"/>
                <w:sz w:val="28"/>
                <w:lang w:val="cs-CZ"/>
              </w:rPr>
              <w:t>Základní</w:t>
            </w:r>
            <w:r w:rsidRPr="00A55680">
              <w:rPr>
                <w:b/>
                <w:color w:val="FFFFFF"/>
                <w:sz w:val="28"/>
                <w:lang w:val="cs-CZ"/>
              </w:rPr>
              <w:t xml:space="preserve"> </w:t>
            </w:r>
            <w:r w:rsidR="006B5B19" w:rsidRPr="00A55680">
              <w:rPr>
                <w:b/>
                <w:color w:val="FFFFFF"/>
                <w:sz w:val="28"/>
                <w:lang w:val="cs-CZ"/>
              </w:rPr>
              <w:t>i</w:t>
            </w:r>
            <w:r w:rsidRPr="00A55680">
              <w:rPr>
                <w:b/>
                <w:color w:val="FFFFFF"/>
                <w:sz w:val="28"/>
                <w:lang w:val="cs-CZ"/>
              </w:rPr>
              <w:t>nforma</w:t>
            </w:r>
            <w:r w:rsidR="006B5B19" w:rsidRPr="00A55680">
              <w:rPr>
                <w:b/>
                <w:color w:val="FFFFFF"/>
                <w:sz w:val="28"/>
                <w:lang w:val="cs-CZ"/>
              </w:rPr>
              <w:t>ce</w:t>
            </w:r>
          </w:p>
        </w:tc>
      </w:tr>
    </w:tbl>
    <w:p w14:paraId="71C00C18" w14:textId="1DC53C70" w:rsidR="00074EEF" w:rsidRPr="00A55680" w:rsidRDefault="006B5B19">
      <w:pPr>
        <w:spacing w:after="80"/>
        <w:rPr>
          <w:lang w:val="cs-CZ"/>
        </w:rPr>
      </w:pPr>
      <w:r w:rsidRPr="00A55680">
        <w:rPr>
          <w:lang w:val="cs-CZ"/>
        </w:rPr>
        <w:t>Jméno a příjmení:</w:t>
      </w:r>
    </w:p>
    <w:sdt>
      <w:sdtPr>
        <w:rPr>
          <w:lang w:val="cs-CZ"/>
        </w:rPr>
        <w:id w:val="793336848"/>
        <w:placeholder>
          <w:docPart w:val="DefaultPlaceholder_-1854013440"/>
        </w:placeholder>
        <w:text/>
      </w:sdtPr>
      <w:sdtContent>
        <w:p w14:paraId="56540666" w14:textId="434A3B66" w:rsidR="00074EEF" w:rsidRPr="00A55680" w:rsidRDefault="00EB75DD">
          <w:pPr>
            <w:rPr>
              <w:lang w:val="cs-CZ"/>
            </w:rPr>
          </w:pPr>
          <w:r w:rsidRPr="00A55680">
            <w:rPr>
              <w:lang w:val="cs-CZ"/>
            </w:rPr>
            <w:t xml:space="preserve"> </w:t>
          </w:r>
          <w:r w:rsidRPr="0024727E">
            <w:rPr>
              <w:lang w:val="cs-CZ"/>
            </w:rPr>
            <w:t>Klikněte nebo klepněte sem a zadejte text.</w:t>
          </w:r>
        </w:p>
      </w:sdtContent>
    </w:sdt>
    <w:p w14:paraId="708654F0" w14:textId="69CAB9A0" w:rsidR="00074EEF" w:rsidRPr="00A55680" w:rsidRDefault="006B5B19">
      <w:pPr>
        <w:spacing w:after="80"/>
        <w:rPr>
          <w:lang w:val="cs-CZ"/>
        </w:rPr>
      </w:pPr>
      <w:r w:rsidRPr="00A55680">
        <w:rPr>
          <w:lang w:val="cs-CZ"/>
        </w:rPr>
        <w:t>Pohlaví:</w:t>
      </w:r>
    </w:p>
    <w:sdt>
      <w:sdtPr>
        <w:rPr>
          <w:lang w:val="cs-CZ"/>
        </w:rPr>
        <w:id w:val="-1358348503"/>
        <w:placeholder>
          <w:docPart w:val="DefaultPlaceholder_-1854013440"/>
        </w:placeholder>
        <w:showingPlcHdr/>
        <w:text/>
      </w:sdtPr>
      <w:sdtContent>
        <w:p w14:paraId="12D7A31A" w14:textId="267AFBC9" w:rsidR="00074EEF" w:rsidRPr="00A55680" w:rsidRDefault="008C3400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p w14:paraId="7598CA86" w14:textId="68C3B59A" w:rsidR="00074EEF" w:rsidRPr="00A55680" w:rsidRDefault="006B5B19">
      <w:pPr>
        <w:spacing w:after="80"/>
        <w:rPr>
          <w:lang w:val="cs-CZ"/>
        </w:rPr>
      </w:pPr>
      <w:r w:rsidRPr="00A55680">
        <w:rPr>
          <w:lang w:val="cs-CZ"/>
        </w:rPr>
        <w:t>Věk:</w:t>
      </w:r>
    </w:p>
    <w:sdt>
      <w:sdtPr>
        <w:rPr>
          <w:lang w:val="cs-CZ"/>
        </w:rPr>
        <w:id w:val="1615408172"/>
        <w:placeholder>
          <w:docPart w:val="DefaultPlaceholder_-1854013440"/>
        </w:placeholder>
        <w:showingPlcHdr/>
        <w:text/>
      </w:sdtPr>
      <w:sdtContent>
        <w:p w14:paraId="06ACDC5B" w14:textId="6F264966" w:rsidR="00074EEF" w:rsidRPr="00A55680" w:rsidRDefault="008C3400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p w14:paraId="308E4F0C" w14:textId="7001EE82" w:rsidR="00074EEF" w:rsidRPr="00A55680" w:rsidRDefault="006B5B19">
      <w:pPr>
        <w:spacing w:after="80"/>
        <w:rPr>
          <w:lang w:val="cs-CZ"/>
        </w:rPr>
      </w:pPr>
      <w:r w:rsidRPr="00A55680">
        <w:rPr>
          <w:lang w:val="cs-CZ"/>
        </w:rPr>
        <w:t>Výška:</w:t>
      </w:r>
    </w:p>
    <w:sdt>
      <w:sdtPr>
        <w:rPr>
          <w:lang w:val="cs-CZ"/>
        </w:rPr>
        <w:id w:val="1029384508"/>
        <w:placeholder>
          <w:docPart w:val="DefaultPlaceholder_-1854013440"/>
        </w:placeholder>
        <w:showingPlcHdr/>
        <w:text/>
      </w:sdtPr>
      <w:sdtContent>
        <w:p w14:paraId="56A2E223" w14:textId="21781A05" w:rsidR="00074EEF" w:rsidRPr="00A55680" w:rsidRDefault="008C3400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p w14:paraId="41CA3E2B" w14:textId="06ADD7F4" w:rsidR="00074EEF" w:rsidRPr="00A55680" w:rsidRDefault="006B5B19">
      <w:pPr>
        <w:spacing w:after="80"/>
        <w:rPr>
          <w:lang w:val="cs-CZ"/>
        </w:rPr>
      </w:pPr>
      <w:r w:rsidRPr="00A55680">
        <w:rPr>
          <w:lang w:val="cs-CZ"/>
        </w:rPr>
        <w:t>Váha:</w:t>
      </w:r>
    </w:p>
    <w:sdt>
      <w:sdtPr>
        <w:rPr>
          <w:lang w:val="cs-CZ"/>
        </w:rPr>
        <w:id w:val="-1981215983"/>
        <w:placeholder>
          <w:docPart w:val="DefaultPlaceholder_-1854013440"/>
        </w:placeholder>
        <w:showingPlcHdr/>
        <w:text/>
      </w:sdtPr>
      <w:sdtContent>
        <w:p w14:paraId="68DDB7CD" w14:textId="715DE7D9" w:rsidR="00074EEF" w:rsidRPr="00A55680" w:rsidRDefault="008C3400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031B8CF8" w14:textId="77777777">
        <w:tc>
          <w:tcPr>
            <w:tcW w:w="8640" w:type="dxa"/>
            <w:shd w:val="clear" w:color="auto" w:fill="D3C1DD"/>
          </w:tcPr>
          <w:p w14:paraId="1CE11CD3" w14:textId="0B13DD23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 xml:space="preserve">2. </w:t>
            </w:r>
            <w:r w:rsidR="00BA4C6B" w:rsidRPr="00A55680">
              <w:rPr>
                <w:b/>
                <w:color w:val="FFFFFF"/>
                <w:sz w:val="28"/>
                <w:lang w:val="cs-CZ"/>
              </w:rPr>
              <w:t>Anamnéza</w:t>
            </w:r>
          </w:p>
        </w:tc>
      </w:tr>
    </w:tbl>
    <w:p w14:paraId="1C9DD824" w14:textId="27865E40" w:rsidR="00074EEF" w:rsidRPr="00A55680" w:rsidRDefault="00BB5623">
      <w:pPr>
        <w:spacing w:after="80"/>
        <w:rPr>
          <w:lang w:val="cs-CZ"/>
        </w:rPr>
      </w:pPr>
      <w:r w:rsidRPr="00A55680">
        <w:rPr>
          <w:lang w:val="cs-CZ"/>
        </w:rPr>
        <w:t>Máte nějaké zdravotní potíže? (popište/zaškrtněte všechny případné)</w:t>
      </w:r>
    </w:p>
    <w:sdt>
      <w:sdtPr>
        <w:rPr>
          <w:lang w:val="cs-CZ"/>
        </w:rPr>
        <w:id w:val="-1776484692"/>
        <w:placeholder>
          <w:docPart w:val="DefaultPlaceholder_-1854013440"/>
        </w:placeholder>
        <w:showingPlcHdr/>
        <w:text/>
      </w:sdtPr>
      <w:sdtContent>
        <w:p w14:paraId="4766B177" w14:textId="34699827" w:rsidR="00074EEF" w:rsidRPr="00A55680" w:rsidRDefault="008C3400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p w14:paraId="49B2F64D" w14:textId="57E080AC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2140562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8C3400" w:rsidRPr="00A55680">
        <w:rPr>
          <w:lang w:val="cs-CZ"/>
        </w:rPr>
        <w:t xml:space="preserve"> </w:t>
      </w:r>
      <w:r w:rsidR="007E145C" w:rsidRPr="00A55680">
        <w:rPr>
          <w:lang w:val="cs-CZ"/>
        </w:rPr>
        <w:t>v</w:t>
      </w:r>
      <w:r w:rsidR="00BB5623" w:rsidRPr="00A55680">
        <w:rPr>
          <w:lang w:val="cs-CZ"/>
        </w:rPr>
        <w:t>ysoký krevní tlak</w:t>
      </w:r>
      <w:r w:rsidR="008C3400" w:rsidRPr="00A55680">
        <w:rPr>
          <w:lang w:val="cs-CZ"/>
        </w:rPr>
        <w:t xml:space="preserve">   </w:t>
      </w:r>
      <w:sdt>
        <w:sdtPr>
          <w:rPr>
            <w:lang w:val="cs-CZ"/>
          </w:rPr>
          <w:id w:val="1018660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8C3400" w:rsidRPr="00A55680">
        <w:rPr>
          <w:lang w:val="cs-CZ"/>
        </w:rPr>
        <w:t xml:space="preserve"> </w:t>
      </w:r>
      <w:r w:rsidR="007E145C" w:rsidRPr="00A55680">
        <w:rPr>
          <w:lang w:val="cs-CZ"/>
        </w:rPr>
        <w:t xml:space="preserve">onemocnění srdce </w:t>
      </w:r>
      <w:sdt>
        <w:sdtPr>
          <w:rPr>
            <w:lang w:val="cs-CZ"/>
          </w:rPr>
          <w:id w:val="154216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040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8C3400" w:rsidRPr="00A55680">
        <w:rPr>
          <w:lang w:val="cs-CZ"/>
        </w:rPr>
        <w:t xml:space="preserve"> </w:t>
      </w:r>
      <w:r w:rsidR="007E145C" w:rsidRPr="00A55680">
        <w:rPr>
          <w:lang w:val="cs-CZ"/>
        </w:rPr>
        <w:t>onemocnění jater</w:t>
      </w:r>
      <w:r w:rsidR="008C3400" w:rsidRPr="00A55680">
        <w:rPr>
          <w:lang w:val="cs-CZ"/>
        </w:rPr>
        <w:t xml:space="preserve">   </w:t>
      </w:r>
      <w:sdt>
        <w:sdtPr>
          <w:rPr>
            <w:lang w:val="cs-CZ"/>
          </w:rPr>
          <w:id w:val="-506589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8C3400" w:rsidRPr="00A55680">
        <w:rPr>
          <w:lang w:val="cs-CZ"/>
        </w:rPr>
        <w:t xml:space="preserve"> </w:t>
      </w:r>
      <w:r w:rsidR="007E145C" w:rsidRPr="00A55680">
        <w:rPr>
          <w:lang w:val="cs-CZ"/>
        </w:rPr>
        <w:t>onemocnění ledvin</w:t>
      </w:r>
      <w:r w:rsidR="008C3400" w:rsidRPr="00A55680">
        <w:rPr>
          <w:lang w:val="cs-CZ"/>
        </w:rPr>
        <w:t xml:space="preserve"> </w:t>
      </w:r>
      <w:sdt>
        <w:sdtPr>
          <w:rPr>
            <w:lang w:val="cs-CZ"/>
          </w:rPr>
          <w:id w:val="-819035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8C3400" w:rsidRPr="00A55680">
        <w:rPr>
          <w:lang w:val="cs-CZ"/>
        </w:rPr>
        <w:t xml:space="preserve"> </w:t>
      </w:r>
      <w:r w:rsidR="00BA4C6B" w:rsidRPr="00A55680">
        <w:rPr>
          <w:lang w:val="cs-CZ"/>
        </w:rPr>
        <w:t xml:space="preserve">chronické onemocnění žil, varixy </w:t>
      </w:r>
      <w:sdt>
        <w:sdtPr>
          <w:rPr>
            <w:lang w:val="cs-CZ"/>
          </w:rPr>
          <w:id w:val="884912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8C3400" w:rsidRPr="00A55680">
        <w:rPr>
          <w:lang w:val="cs-CZ"/>
        </w:rPr>
        <w:t xml:space="preserve"> </w:t>
      </w:r>
      <w:r w:rsidR="007E145C" w:rsidRPr="00A55680">
        <w:rPr>
          <w:lang w:val="cs-CZ"/>
        </w:rPr>
        <w:t>jiné</w:t>
      </w:r>
      <w:r w:rsidR="008C3400" w:rsidRPr="00A55680">
        <w:rPr>
          <w:lang w:val="cs-CZ"/>
        </w:rPr>
        <w:t xml:space="preserve">: </w:t>
      </w:r>
      <w:sdt>
        <w:sdtPr>
          <w:rPr>
            <w:lang w:val="cs-CZ"/>
          </w:rPr>
          <w:id w:val="995770520"/>
          <w:placeholder>
            <w:docPart w:val="DefaultPlaceholder_-1854013440"/>
          </w:placeholder>
          <w:showingPlcHdr/>
          <w:text/>
        </w:sdtPr>
        <w:sdtContent>
          <w:r w:rsidR="008C3400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719FBA2B" w14:textId="442E9CA6" w:rsidR="00074EEF" w:rsidRPr="00A55680" w:rsidRDefault="00BA4C6B">
      <w:pPr>
        <w:spacing w:after="80"/>
        <w:rPr>
          <w:lang w:val="cs-CZ"/>
        </w:rPr>
      </w:pPr>
      <w:r w:rsidRPr="00A55680">
        <w:rPr>
          <w:lang w:val="cs-CZ"/>
        </w:rPr>
        <w:t>Užíváte nějaké léky? Uveďte prosím všechny:</w:t>
      </w:r>
    </w:p>
    <w:sdt>
      <w:sdtPr>
        <w:rPr>
          <w:lang w:val="cs-CZ"/>
        </w:rPr>
        <w:id w:val="-1820952427"/>
        <w:placeholder>
          <w:docPart w:val="DefaultPlaceholder_-1854013440"/>
        </w:placeholder>
        <w:showingPlcHdr/>
        <w:text/>
      </w:sdtPr>
      <w:sdtContent>
        <w:p w14:paraId="489B5D50" w14:textId="1AC6A1CC" w:rsidR="00074EEF" w:rsidRPr="00A55680" w:rsidRDefault="008C3400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3A95BE7D" w14:textId="77777777">
        <w:tc>
          <w:tcPr>
            <w:tcW w:w="8640" w:type="dxa"/>
            <w:shd w:val="clear" w:color="auto" w:fill="D3C1DD"/>
          </w:tcPr>
          <w:p w14:paraId="0B579903" w14:textId="7D4891CB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 xml:space="preserve">3. </w:t>
            </w:r>
            <w:r w:rsidR="00BA4C6B" w:rsidRPr="00A55680">
              <w:rPr>
                <w:b/>
                <w:color w:val="FFFFFF"/>
                <w:sz w:val="28"/>
                <w:lang w:val="cs-CZ"/>
              </w:rPr>
              <w:t>Rodinná anamnéza</w:t>
            </w:r>
          </w:p>
        </w:tc>
      </w:tr>
    </w:tbl>
    <w:p w14:paraId="0A69C6E5" w14:textId="77777777" w:rsidR="00B00384" w:rsidRPr="00A55680" w:rsidRDefault="00B00384">
      <w:pPr>
        <w:rPr>
          <w:lang w:val="cs-CZ"/>
        </w:rPr>
      </w:pPr>
      <w:r w:rsidRPr="00A55680">
        <w:rPr>
          <w:lang w:val="cs-CZ"/>
        </w:rPr>
        <w:t>Má někdo ve vaší rodině podobné problémy (tělesné disproporce, bolesti nohou, rychlé ukládání tuku)?</w:t>
      </w:r>
    </w:p>
    <w:p w14:paraId="64DE2776" w14:textId="51DF9BD3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1102687581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399CD952" w14:textId="6CE0C429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1542330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B00384" w:rsidRPr="00A55680">
        <w:rPr>
          <w:lang w:val="cs-CZ"/>
        </w:rPr>
        <w:t>ano</w:t>
      </w:r>
      <w:r w:rsidR="00F946FE" w:rsidRPr="00A55680">
        <w:rPr>
          <w:lang w:val="cs-CZ"/>
        </w:rPr>
        <w:t xml:space="preserve"> - specif</w:t>
      </w:r>
      <w:r w:rsidR="00B00384" w:rsidRPr="00A55680">
        <w:rPr>
          <w:lang w:val="cs-CZ"/>
        </w:rPr>
        <w:t>ikujte</w:t>
      </w:r>
      <w:r w:rsidR="00F946FE" w:rsidRPr="00A55680">
        <w:rPr>
          <w:lang w:val="cs-CZ"/>
        </w:rPr>
        <w:t xml:space="preserve">: </w:t>
      </w:r>
      <w:sdt>
        <w:sdtPr>
          <w:rPr>
            <w:lang w:val="cs-CZ"/>
          </w:rPr>
          <w:id w:val="-1507598641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  <w:sdt>
        <w:sdtPr>
          <w:rPr>
            <w:lang w:val="cs-CZ"/>
          </w:rPr>
          <w:id w:val="-1702390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B00384" w:rsidRPr="00A55680">
        <w:rPr>
          <w:lang w:val="cs-CZ"/>
        </w:rPr>
        <w:t>ne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-2022390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B00384" w:rsidRPr="00A55680">
        <w:rPr>
          <w:lang w:val="cs-CZ"/>
        </w:rPr>
        <w:t>nevím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1DA8EC1A" w14:textId="77777777">
        <w:tc>
          <w:tcPr>
            <w:tcW w:w="8640" w:type="dxa"/>
            <w:shd w:val="clear" w:color="auto" w:fill="D3C1DD"/>
          </w:tcPr>
          <w:p w14:paraId="5149F781" w14:textId="1D3A95FC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lastRenderedPageBreak/>
              <w:t xml:space="preserve">4. </w:t>
            </w:r>
            <w:r w:rsidR="003C1DC0">
              <w:rPr>
                <w:b/>
                <w:color w:val="FFFFFF"/>
                <w:sz w:val="28"/>
                <w:lang w:val="cs-CZ"/>
              </w:rPr>
              <w:t>Osobní anamnéza</w:t>
            </w:r>
          </w:p>
        </w:tc>
      </w:tr>
    </w:tbl>
    <w:p w14:paraId="7A87C1BA" w14:textId="261C8509" w:rsidR="00F55DA4" w:rsidRPr="00A55680" w:rsidRDefault="00F55DA4">
      <w:pPr>
        <w:rPr>
          <w:lang w:val="cs-CZ"/>
        </w:rPr>
      </w:pPr>
      <w:r w:rsidRPr="00A55680">
        <w:rPr>
          <w:lang w:val="cs-CZ"/>
        </w:rPr>
        <w:t>Kdy jste si poprvé všim</w:t>
      </w:r>
      <w:r w:rsidR="00EB75DD">
        <w:rPr>
          <w:lang w:val="cs-CZ"/>
        </w:rPr>
        <w:t>l</w:t>
      </w:r>
      <w:r w:rsidRPr="00A55680">
        <w:rPr>
          <w:lang w:val="cs-CZ"/>
        </w:rPr>
        <w:t>a změn tvaru nohou/paží?</w:t>
      </w:r>
    </w:p>
    <w:p w14:paraId="65C62769" w14:textId="06620C8A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1969854305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7DE2D9DB" w14:textId="6B54005F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1853944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55DA4" w:rsidRPr="00A55680">
        <w:rPr>
          <w:lang w:val="cs-CZ"/>
        </w:rPr>
        <w:t>puberta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735518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55DA4" w:rsidRPr="00A55680">
        <w:rPr>
          <w:lang w:val="cs-CZ"/>
        </w:rPr>
        <w:t>těhotenství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-442698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55DA4" w:rsidRPr="00A55680">
        <w:rPr>
          <w:lang w:val="cs-CZ"/>
        </w:rPr>
        <w:t>po</w:t>
      </w:r>
      <w:r w:rsidR="00F946FE" w:rsidRPr="00A55680">
        <w:rPr>
          <w:lang w:val="cs-CZ"/>
        </w:rPr>
        <w:t xml:space="preserve"> menopau</w:t>
      </w:r>
      <w:r w:rsidR="00F55DA4" w:rsidRPr="00A55680">
        <w:rPr>
          <w:lang w:val="cs-CZ"/>
        </w:rPr>
        <w:t>z</w:t>
      </w:r>
      <w:r w:rsidR="00F946FE" w:rsidRPr="00A55680">
        <w:rPr>
          <w:lang w:val="cs-CZ"/>
        </w:rPr>
        <w:t xml:space="preserve">e   </w:t>
      </w:r>
      <w:sdt>
        <w:sdtPr>
          <w:rPr>
            <w:lang w:val="cs-CZ"/>
          </w:rPr>
          <w:id w:val="547726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55DA4" w:rsidRPr="00A55680">
        <w:rPr>
          <w:lang w:val="cs-CZ"/>
        </w:rPr>
        <w:t>jiné</w:t>
      </w:r>
      <w:r w:rsidR="00F946FE" w:rsidRPr="00A55680">
        <w:rPr>
          <w:lang w:val="cs-CZ"/>
        </w:rPr>
        <w:t xml:space="preserve">: </w:t>
      </w:r>
      <w:sdt>
        <w:sdtPr>
          <w:rPr>
            <w:lang w:val="cs-CZ"/>
          </w:rPr>
          <w:id w:val="-227302490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41B3A314" w14:textId="77777777" w:rsidR="00F55DA4" w:rsidRPr="00A55680" w:rsidRDefault="00F55DA4">
      <w:pPr>
        <w:rPr>
          <w:lang w:val="cs-CZ"/>
        </w:rPr>
      </w:pPr>
      <w:r w:rsidRPr="00A55680">
        <w:rPr>
          <w:lang w:val="cs-CZ"/>
        </w:rPr>
        <w:t>Pociťujete některý z následujících příznaků? (Zaškrtněte vše, co se vás týká)</w:t>
      </w:r>
    </w:p>
    <w:p w14:paraId="54BD79B7" w14:textId="1264D7B3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404223183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03F35275" w14:textId="5280E4AA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1198161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63213" w:rsidRPr="00A55680">
        <w:rPr>
          <w:lang w:val="cs-CZ"/>
        </w:rPr>
        <w:t>citlivost na dotek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-1549298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531FA4" w:rsidRPr="00A55680">
        <w:rPr>
          <w:lang w:val="cs-CZ"/>
        </w:rPr>
        <w:t>snadný vznik modřin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-36460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b</w:t>
      </w:r>
      <w:r w:rsidR="00531FA4" w:rsidRPr="00A55680">
        <w:rPr>
          <w:lang w:val="cs-CZ"/>
        </w:rPr>
        <w:t xml:space="preserve">olest po delším stání/sezení </w:t>
      </w:r>
      <w:sdt>
        <w:sdtPr>
          <w:rPr>
            <w:lang w:val="cs-CZ"/>
          </w:rPr>
          <w:id w:val="926237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p</w:t>
      </w:r>
      <w:r w:rsidR="00531FA4" w:rsidRPr="00A55680">
        <w:rPr>
          <w:lang w:val="cs-CZ"/>
        </w:rPr>
        <w:t xml:space="preserve">ocit těžkých nohou/paží </w:t>
      </w:r>
      <w:sdt>
        <w:sdtPr>
          <w:rPr>
            <w:lang w:val="cs-CZ"/>
          </w:rPr>
          <w:id w:val="-1812706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z</w:t>
      </w:r>
      <w:r w:rsidR="00531FA4" w:rsidRPr="00A55680">
        <w:rPr>
          <w:lang w:val="cs-CZ"/>
        </w:rPr>
        <w:t xml:space="preserve">měněná teplota nebo vzhled kůže </w:t>
      </w:r>
      <w:sdt>
        <w:sdtPr>
          <w:rPr>
            <w:lang w:val="cs-CZ"/>
          </w:rPr>
          <w:id w:val="627057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3C1DC0" w:rsidRPr="00A55680">
        <w:rPr>
          <w:lang w:val="cs-CZ"/>
        </w:rPr>
        <w:t>únava</w:t>
      </w:r>
      <w:r w:rsidR="00531FA4" w:rsidRPr="00A55680">
        <w:rPr>
          <w:lang w:val="cs-CZ"/>
        </w:rPr>
        <w:t xml:space="preserve"> v nohou/končetinách </w:t>
      </w:r>
      <w:sdt>
        <w:sdtPr>
          <w:rPr>
            <w:lang w:val="cs-CZ"/>
          </w:rPr>
          <w:id w:val="145483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p</w:t>
      </w:r>
      <w:r w:rsidR="00531FA4" w:rsidRPr="00A55680">
        <w:rPr>
          <w:lang w:val="cs-CZ"/>
        </w:rPr>
        <w:t>ostupné zhoršování v průběhu času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5E3497F7" w14:textId="77777777">
        <w:tc>
          <w:tcPr>
            <w:tcW w:w="8640" w:type="dxa"/>
            <w:shd w:val="clear" w:color="auto" w:fill="D3C1DD"/>
          </w:tcPr>
          <w:p w14:paraId="28AF0A8D" w14:textId="42E966E8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 xml:space="preserve">5. </w:t>
            </w:r>
            <w:r w:rsidR="00531FA4" w:rsidRPr="00A55680">
              <w:rPr>
                <w:b/>
                <w:color w:val="FFFFFF"/>
                <w:sz w:val="28"/>
                <w:lang w:val="cs-CZ"/>
              </w:rPr>
              <w:t>Životní styl a vlivy</w:t>
            </w:r>
          </w:p>
        </w:tc>
      </w:tr>
    </w:tbl>
    <w:p w14:paraId="41C8D6E4" w14:textId="2F285FFF" w:rsidR="00531FA4" w:rsidRPr="00A55680" w:rsidRDefault="00531FA4">
      <w:pPr>
        <w:rPr>
          <w:lang w:val="cs-CZ"/>
        </w:rPr>
      </w:pPr>
      <w:r w:rsidRPr="00A55680">
        <w:rPr>
          <w:lang w:val="cs-CZ"/>
        </w:rPr>
        <w:t>Všimla jste si nějakých změn v</w:t>
      </w:r>
      <w:r w:rsidR="00EB75DD">
        <w:rPr>
          <w:lang w:val="cs-CZ"/>
        </w:rPr>
        <w:t> návaznosti na</w:t>
      </w:r>
      <w:r w:rsidRPr="00A55680">
        <w:rPr>
          <w:lang w:val="cs-CZ"/>
        </w:rPr>
        <w:t xml:space="preserve"> strav</w:t>
      </w:r>
      <w:r w:rsidR="00EB75DD">
        <w:rPr>
          <w:lang w:val="cs-CZ"/>
        </w:rPr>
        <w:t>u</w:t>
      </w:r>
      <w:r w:rsidRPr="00A55680">
        <w:rPr>
          <w:lang w:val="cs-CZ"/>
        </w:rPr>
        <w:t xml:space="preserve"> a cvičení?</w:t>
      </w:r>
    </w:p>
    <w:p w14:paraId="4D1F572E" w14:textId="6B554870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825736055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4660544E" w14:textId="15803E58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1213884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 xml:space="preserve">ano, výrazné zlepšení </w:t>
      </w:r>
      <w:sdt>
        <w:sdtPr>
          <w:rPr>
            <w:lang w:val="cs-CZ"/>
          </w:rPr>
          <w:id w:val="-21350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 xml:space="preserve">ano, drobné zlepšení </w:t>
      </w:r>
      <w:sdt>
        <w:sdtPr>
          <w:rPr>
            <w:lang w:val="cs-CZ"/>
          </w:rPr>
          <w:id w:val="-82151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ne, žádné zlepšení</w:t>
      </w:r>
    </w:p>
    <w:p w14:paraId="788F10F2" w14:textId="2B25EFCB" w:rsidR="00074EEF" w:rsidRPr="00A55680" w:rsidRDefault="00FC2B34">
      <w:pPr>
        <w:spacing w:after="80"/>
        <w:rPr>
          <w:lang w:val="cs-CZ"/>
        </w:rPr>
      </w:pPr>
      <w:r w:rsidRPr="00A55680">
        <w:rPr>
          <w:lang w:val="cs-CZ"/>
        </w:rPr>
        <w:t>Pravidelná fyzická aktivita (více než dvakrát týdně)</w:t>
      </w:r>
    </w:p>
    <w:sdt>
      <w:sdtPr>
        <w:rPr>
          <w:lang w:val="cs-CZ"/>
        </w:rPr>
        <w:id w:val="-1144039999"/>
        <w:placeholder>
          <w:docPart w:val="DefaultPlaceholder_-1854013440"/>
        </w:placeholder>
        <w:showingPlcHdr/>
        <w:text/>
      </w:sdtPr>
      <w:sdtContent>
        <w:p w14:paraId="392D21DA" w14:textId="14B96453" w:rsidR="00074EEF" w:rsidRPr="00A55680" w:rsidRDefault="00F946FE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p w14:paraId="137886FC" w14:textId="3172CC53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508962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ano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-286584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C2B34" w:rsidRPr="00A55680">
        <w:rPr>
          <w:lang w:val="cs-CZ"/>
        </w:rPr>
        <w:t>ne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39797EE5" w14:textId="77777777">
        <w:tc>
          <w:tcPr>
            <w:tcW w:w="8640" w:type="dxa"/>
            <w:shd w:val="clear" w:color="auto" w:fill="D3C1DD"/>
          </w:tcPr>
          <w:p w14:paraId="11DF2ACC" w14:textId="0375C57C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>6. Subje</w:t>
            </w:r>
            <w:r w:rsidR="00FC2B34" w:rsidRPr="00A55680">
              <w:rPr>
                <w:b/>
                <w:color w:val="FFFFFF"/>
                <w:sz w:val="28"/>
                <w:lang w:val="cs-CZ"/>
              </w:rPr>
              <w:t>ktivní hodnocení</w:t>
            </w:r>
          </w:p>
        </w:tc>
      </w:tr>
    </w:tbl>
    <w:p w14:paraId="6FAA62C9" w14:textId="77777777" w:rsidR="00FC2B34" w:rsidRPr="00A55680" w:rsidRDefault="00FC2B34">
      <w:pPr>
        <w:rPr>
          <w:lang w:val="cs-CZ"/>
        </w:rPr>
      </w:pPr>
      <w:r w:rsidRPr="00A55680">
        <w:rPr>
          <w:lang w:val="cs-CZ"/>
        </w:rPr>
        <w:t>Do jaké míry vaše příznaky ovlivňují kvalitu vašeho života (0 - vůbec ne, 10 - velmi):</w:t>
      </w:r>
    </w:p>
    <w:p w14:paraId="420E51BA" w14:textId="411C2453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396550796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312462C5" w14:textId="77777777" w:rsidR="001C446F" w:rsidRPr="00A55680" w:rsidRDefault="001C446F">
      <w:pPr>
        <w:rPr>
          <w:lang w:val="cs-CZ"/>
        </w:rPr>
      </w:pPr>
      <w:r w:rsidRPr="00A55680">
        <w:rPr>
          <w:lang w:val="cs-CZ"/>
        </w:rPr>
        <w:t>Co je pro vás nejvíc nepříjemné?</w:t>
      </w:r>
    </w:p>
    <w:p w14:paraId="114FF1C6" w14:textId="7098CE04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243880597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43A107CA" w14:textId="77777777" w:rsidR="00635CFA" w:rsidRDefault="00000000">
      <w:pPr>
        <w:rPr>
          <w:lang w:val="cs-CZ"/>
        </w:rPr>
      </w:pPr>
      <w:sdt>
        <w:sdtPr>
          <w:rPr>
            <w:lang w:val="cs-CZ"/>
          </w:rPr>
          <w:id w:val="1263333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bolest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-1903514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vzhled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809214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omezená mobilita</w:t>
      </w:r>
    </w:p>
    <w:p w14:paraId="42FAF4A6" w14:textId="2582DFF2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1538930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5CFA">
            <w:rPr>
              <w:rFonts w:ascii="MS Gothic" w:eastAsia="MS Gothic" w:hAnsi="MS Gothic" w:hint="eastAsia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jiné</w:t>
      </w:r>
      <w:r w:rsidR="00F946FE" w:rsidRPr="00A55680">
        <w:rPr>
          <w:lang w:val="cs-CZ"/>
        </w:rPr>
        <w:t xml:space="preserve">: </w:t>
      </w:r>
      <w:sdt>
        <w:sdtPr>
          <w:rPr>
            <w:lang w:val="cs-CZ"/>
          </w:rPr>
          <w:id w:val="-328442627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39EDF0EB" w14:textId="77777777" w:rsidR="00F946FE" w:rsidRPr="00A55680" w:rsidRDefault="00F946FE">
      <w:pPr>
        <w:rPr>
          <w:lang w:val="cs-CZ"/>
        </w:rPr>
      </w:pPr>
    </w:p>
    <w:p w14:paraId="7ACFBA80" w14:textId="77777777" w:rsidR="00F946FE" w:rsidRPr="00A55680" w:rsidRDefault="00F946FE">
      <w:pPr>
        <w:rPr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793A7280" w14:textId="77777777">
        <w:tc>
          <w:tcPr>
            <w:tcW w:w="8640" w:type="dxa"/>
            <w:shd w:val="clear" w:color="auto" w:fill="D3C1DD"/>
          </w:tcPr>
          <w:p w14:paraId="3088553A" w14:textId="0AE7D2E4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lastRenderedPageBreak/>
              <w:t xml:space="preserve">7. </w:t>
            </w:r>
            <w:r w:rsidR="001C446F" w:rsidRPr="00A55680">
              <w:rPr>
                <w:b/>
                <w:color w:val="FFFFFF"/>
                <w:sz w:val="28"/>
                <w:lang w:val="cs-CZ"/>
              </w:rPr>
              <w:t>Předchozí léčba</w:t>
            </w:r>
          </w:p>
        </w:tc>
      </w:tr>
    </w:tbl>
    <w:p w14:paraId="6F90E928" w14:textId="427D938F" w:rsidR="001C446F" w:rsidRPr="00A55680" w:rsidRDefault="001C446F">
      <w:pPr>
        <w:rPr>
          <w:lang w:val="cs-CZ"/>
        </w:rPr>
      </w:pPr>
      <w:r w:rsidRPr="00A55680">
        <w:rPr>
          <w:lang w:val="cs-CZ"/>
        </w:rPr>
        <w:t>Zkoušel</w:t>
      </w:r>
      <w:r w:rsidR="00BC3D9B">
        <w:rPr>
          <w:lang w:val="cs-CZ"/>
        </w:rPr>
        <w:t>a</w:t>
      </w:r>
      <w:r w:rsidRPr="00A55680">
        <w:rPr>
          <w:lang w:val="cs-CZ"/>
        </w:rPr>
        <w:t xml:space="preserve"> jste někdy některou z následujících možností? </w:t>
      </w:r>
    </w:p>
    <w:p w14:paraId="6ACE97E2" w14:textId="65790A66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1324241619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1B2B66B6" w14:textId="77777777" w:rsidR="00EB75DD" w:rsidRDefault="00000000">
      <w:pPr>
        <w:rPr>
          <w:lang w:val="cs-CZ"/>
        </w:rPr>
      </w:pPr>
      <w:sdt>
        <w:sdtPr>
          <w:rPr>
            <w:lang w:val="cs-CZ"/>
          </w:rPr>
          <w:id w:val="-91902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 xml:space="preserve">kompresní punčochy </w:t>
      </w:r>
      <w:sdt>
        <w:sdtPr>
          <w:rPr>
            <w:lang w:val="cs-CZ"/>
          </w:rPr>
          <w:id w:val="-14874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FB185D" w:rsidRPr="00A55680">
        <w:rPr>
          <w:lang w:val="cs-CZ"/>
        </w:rPr>
        <w:t xml:space="preserve">manuální </w:t>
      </w:r>
      <w:proofErr w:type="spellStart"/>
      <w:r w:rsidR="003C1DC0">
        <w:rPr>
          <w:lang w:val="cs-CZ"/>
        </w:rPr>
        <w:t>l</w:t>
      </w:r>
      <w:r w:rsidR="003C1DC0" w:rsidRPr="00A55680">
        <w:rPr>
          <w:lang w:val="cs-CZ"/>
        </w:rPr>
        <w:t>ymfodrenáž</w:t>
      </w:r>
      <w:proofErr w:type="spellEnd"/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52289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dieta</w:t>
      </w:r>
      <w:r w:rsidR="00F946FE" w:rsidRPr="00A55680">
        <w:rPr>
          <w:lang w:val="cs-CZ"/>
        </w:rPr>
        <w:t xml:space="preserve">   </w:t>
      </w:r>
      <w:sdt>
        <w:sdtPr>
          <w:rPr>
            <w:lang w:val="cs-CZ"/>
          </w:rPr>
          <w:id w:val="1759183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liposukce</w:t>
      </w:r>
      <w:r w:rsidR="00F946FE" w:rsidRPr="00A55680">
        <w:rPr>
          <w:lang w:val="cs-CZ"/>
        </w:rPr>
        <w:t xml:space="preserve">  </w:t>
      </w:r>
    </w:p>
    <w:p w14:paraId="12A59E55" w14:textId="6B101826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-34038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A55680">
            <w:rPr>
              <w:rFonts w:ascii="MS Gothic" w:eastAsia="MS Gothic" w:hAnsi="MS Gothic"/>
              <w:lang w:val="cs-CZ"/>
            </w:rPr>
            <w:t>☐</w:t>
          </w:r>
        </w:sdtContent>
      </w:sdt>
      <w:r w:rsidR="00F946FE" w:rsidRPr="00A55680">
        <w:rPr>
          <w:lang w:val="cs-CZ"/>
        </w:rPr>
        <w:t xml:space="preserve"> </w:t>
      </w:r>
      <w:r w:rsidR="001C446F" w:rsidRPr="00A55680">
        <w:rPr>
          <w:lang w:val="cs-CZ"/>
        </w:rPr>
        <w:t>jiné</w:t>
      </w:r>
      <w:r w:rsidR="00F946FE" w:rsidRPr="00A55680">
        <w:rPr>
          <w:lang w:val="cs-CZ"/>
        </w:rPr>
        <w:t xml:space="preserve">: </w:t>
      </w:r>
      <w:sdt>
        <w:sdtPr>
          <w:rPr>
            <w:lang w:val="cs-CZ"/>
          </w:rPr>
          <w:id w:val="1826546010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07F1985A" w14:textId="77777777">
        <w:tc>
          <w:tcPr>
            <w:tcW w:w="8640" w:type="dxa"/>
            <w:shd w:val="clear" w:color="auto" w:fill="D3C1DD"/>
          </w:tcPr>
          <w:p w14:paraId="76B7E5A3" w14:textId="2A503656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 xml:space="preserve">8. </w:t>
            </w:r>
            <w:r w:rsidR="00A55680" w:rsidRPr="00A55680">
              <w:rPr>
                <w:b/>
                <w:color w:val="FFFFFF"/>
                <w:sz w:val="28"/>
                <w:lang w:val="cs-CZ"/>
              </w:rPr>
              <w:t>Tělesné schéma</w:t>
            </w:r>
          </w:p>
        </w:tc>
      </w:tr>
    </w:tbl>
    <w:p w14:paraId="31CECC4A" w14:textId="05AAAF41" w:rsidR="00A55680" w:rsidRPr="00A55680" w:rsidRDefault="00A55680">
      <w:pPr>
        <w:rPr>
          <w:lang w:val="cs-CZ"/>
        </w:rPr>
      </w:pPr>
      <w:r w:rsidRPr="00A55680">
        <w:rPr>
          <w:lang w:val="cs-CZ"/>
        </w:rPr>
        <w:t>Prosím, popište níže oblasti</w:t>
      </w:r>
      <w:r w:rsidR="00EB75DD">
        <w:rPr>
          <w:lang w:val="cs-CZ"/>
        </w:rPr>
        <w:t xml:space="preserve"> těla</w:t>
      </w:r>
      <w:r w:rsidRPr="00A55680">
        <w:rPr>
          <w:lang w:val="cs-CZ"/>
        </w:rPr>
        <w:t>, kde pociťujete potíže (bolest, otok, citlivost):</w:t>
      </w:r>
    </w:p>
    <w:p w14:paraId="2502B562" w14:textId="272AD8E0" w:rsidR="00074EEF" w:rsidRPr="00A55680" w:rsidRDefault="00000000">
      <w:pPr>
        <w:rPr>
          <w:lang w:val="cs-CZ"/>
        </w:rPr>
      </w:pPr>
      <w:sdt>
        <w:sdtPr>
          <w:rPr>
            <w:lang w:val="cs-CZ"/>
          </w:rPr>
          <w:id w:val="1717620721"/>
          <w:placeholder>
            <w:docPart w:val="DefaultPlaceholder_-1854013440"/>
          </w:placeholder>
          <w:showingPlcHdr/>
          <w:text/>
        </w:sdtPr>
        <w:sdtContent>
          <w:r w:rsidR="00F946FE" w:rsidRPr="00A55680">
            <w:rPr>
              <w:rStyle w:val="Zstupntext"/>
              <w:lang w:val="cs-CZ"/>
            </w:rPr>
            <w:t>Klikněte nebo klepněte sem a zadejte text.</w:t>
          </w:r>
        </w:sdtContent>
      </w:sdt>
    </w:p>
    <w:p w14:paraId="68D3D132" w14:textId="77777777" w:rsidR="00074EEF" w:rsidRPr="00A55680" w:rsidRDefault="00074EEF">
      <w:pPr>
        <w:rPr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A55680" w14:paraId="19B1D446" w14:textId="77777777">
        <w:tc>
          <w:tcPr>
            <w:tcW w:w="8640" w:type="dxa"/>
            <w:shd w:val="clear" w:color="auto" w:fill="D3C1DD"/>
          </w:tcPr>
          <w:p w14:paraId="210D6393" w14:textId="12C5884C" w:rsidR="00074EEF" w:rsidRPr="00A55680" w:rsidRDefault="00F172CD">
            <w:pPr>
              <w:rPr>
                <w:lang w:val="cs-CZ"/>
              </w:rPr>
            </w:pPr>
            <w:r w:rsidRPr="00A55680">
              <w:rPr>
                <w:b/>
                <w:color w:val="FFFFFF"/>
                <w:sz w:val="28"/>
                <w:lang w:val="cs-CZ"/>
              </w:rPr>
              <w:t xml:space="preserve">9. </w:t>
            </w:r>
            <w:r w:rsidR="00A55680" w:rsidRPr="00A55680">
              <w:rPr>
                <w:b/>
                <w:color w:val="FFFFFF"/>
                <w:sz w:val="28"/>
                <w:lang w:val="cs-CZ"/>
              </w:rPr>
              <w:t>Další poznámky</w:t>
            </w:r>
          </w:p>
        </w:tc>
      </w:tr>
    </w:tbl>
    <w:p w14:paraId="06CB2F5A" w14:textId="47F73F28" w:rsidR="00074EEF" w:rsidRPr="00A55680" w:rsidRDefault="00A55680">
      <w:pPr>
        <w:spacing w:after="80"/>
        <w:rPr>
          <w:lang w:val="cs-CZ"/>
        </w:rPr>
      </w:pPr>
      <w:r w:rsidRPr="00A55680">
        <w:rPr>
          <w:lang w:val="cs-CZ"/>
        </w:rPr>
        <w:t>Jakékoli další poznámky či připomínky, prosím, napište níže:</w:t>
      </w:r>
    </w:p>
    <w:sdt>
      <w:sdtPr>
        <w:rPr>
          <w:lang w:val="cs-CZ"/>
        </w:rPr>
        <w:id w:val="581727591"/>
        <w:placeholder>
          <w:docPart w:val="DefaultPlaceholder_-1854013440"/>
        </w:placeholder>
        <w:showingPlcHdr/>
        <w:text/>
      </w:sdtPr>
      <w:sdtContent>
        <w:p w14:paraId="2D0545A0" w14:textId="4F56A3CB" w:rsidR="00074EEF" w:rsidRPr="00A55680" w:rsidRDefault="0063412A">
          <w:pPr>
            <w:rPr>
              <w:lang w:val="cs-CZ"/>
            </w:rPr>
          </w:pPr>
          <w:r w:rsidRPr="00A55680">
            <w:rPr>
              <w:rStyle w:val="Zstupntext"/>
              <w:lang w:val="cs-CZ"/>
            </w:rPr>
            <w:t>Klikněte nebo klepněte sem a zadejte text.</w:t>
          </w:r>
        </w:p>
      </w:sdtContent>
    </w:sdt>
    <w:p w14:paraId="701D9E6A" w14:textId="77777777" w:rsidR="00F946FE" w:rsidRPr="00A55680" w:rsidRDefault="00F946FE">
      <w:pPr>
        <w:rPr>
          <w:lang w:val="cs-CZ"/>
        </w:rPr>
      </w:pPr>
    </w:p>
    <w:p w14:paraId="5A50D75B" w14:textId="77777777" w:rsidR="00A55680" w:rsidRPr="00A55680" w:rsidRDefault="00A55680" w:rsidP="00A55680">
      <w:pPr>
        <w:jc w:val="both"/>
        <w:rPr>
          <w:lang w:val="cs-CZ"/>
        </w:rPr>
      </w:pPr>
      <w:r w:rsidRPr="00A55680">
        <w:rPr>
          <w:lang w:val="cs-CZ"/>
        </w:rPr>
        <w:t xml:space="preserve">Tento dotazník nám pomůže lépe porozumět vašemu stavu a nasměrovat další vyšetření a léčbu. </w:t>
      </w:r>
    </w:p>
    <w:p w14:paraId="4D873FC9" w14:textId="77777777" w:rsidR="00EB75DD" w:rsidRDefault="00EB75DD" w:rsidP="00A55680">
      <w:pPr>
        <w:jc w:val="both"/>
        <w:rPr>
          <w:b/>
          <w:bCs/>
          <w:lang w:val="cs-CZ"/>
        </w:rPr>
      </w:pPr>
    </w:p>
    <w:p w14:paraId="63F9DDC2" w14:textId="0011FF99" w:rsidR="00A55680" w:rsidRPr="00A55680" w:rsidRDefault="00A55680" w:rsidP="00A55680">
      <w:pPr>
        <w:jc w:val="both"/>
        <w:rPr>
          <w:b/>
          <w:bCs/>
          <w:lang w:val="cs-CZ"/>
        </w:rPr>
      </w:pPr>
      <w:r w:rsidRPr="00A55680">
        <w:rPr>
          <w:b/>
          <w:bCs/>
          <w:lang w:val="cs-CZ"/>
        </w:rPr>
        <w:t xml:space="preserve">DŮLEŽITÉ: Přiložte prosím fotografie postižených oblastí (přední, zadní, boční). </w:t>
      </w:r>
    </w:p>
    <w:p w14:paraId="103F8D3C" w14:textId="455B5AAA" w:rsidR="00A55680" w:rsidRPr="00A55680" w:rsidRDefault="00A55680" w:rsidP="00A55680">
      <w:pPr>
        <w:pStyle w:val="Odstavecseseznamem"/>
        <w:numPr>
          <w:ilvl w:val="0"/>
          <w:numId w:val="12"/>
        </w:numPr>
        <w:jc w:val="both"/>
        <w:rPr>
          <w:b/>
          <w:bCs/>
          <w:lang w:val="cs-CZ"/>
        </w:rPr>
      </w:pPr>
      <w:r w:rsidRPr="00A55680">
        <w:rPr>
          <w:b/>
          <w:bCs/>
          <w:lang w:val="cs-CZ"/>
        </w:rPr>
        <w:t xml:space="preserve">Nejlépe obě nohy včetně kotníků a </w:t>
      </w:r>
      <w:r w:rsidR="00BC3D9B">
        <w:rPr>
          <w:b/>
          <w:bCs/>
          <w:lang w:val="cs-CZ"/>
        </w:rPr>
        <w:t>nártů</w:t>
      </w:r>
      <w:r w:rsidRPr="00A55680">
        <w:rPr>
          <w:b/>
          <w:bCs/>
          <w:lang w:val="cs-CZ"/>
        </w:rPr>
        <w:t xml:space="preserve">, nebo paže včetně </w:t>
      </w:r>
      <w:r w:rsidR="00F172CD">
        <w:rPr>
          <w:b/>
          <w:bCs/>
          <w:lang w:val="cs-CZ"/>
        </w:rPr>
        <w:t xml:space="preserve">předloktí a </w:t>
      </w:r>
      <w:r w:rsidRPr="00A55680">
        <w:rPr>
          <w:b/>
          <w:bCs/>
          <w:lang w:val="cs-CZ"/>
        </w:rPr>
        <w:t xml:space="preserve">zápěstí. </w:t>
      </w:r>
    </w:p>
    <w:p w14:paraId="0A7C8E43" w14:textId="5B62A34E" w:rsidR="00A55680" w:rsidRPr="00A55680" w:rsidRDefault="00A55680" w:rsidP="00A55680">
      <w:pPr>
        <w:pStyle w:val="Odstavecseseznamem"/>
        <w:numPr>
          <w:ilvl w:val="0"/>
          <w:numId w:val="12"/>
        </w:numPr>
        <w:jc w:val="both"/>
        <w:rPr>
          <w:b/>
          <w:bCs/>
          <w:lang w:val="cs-CZ"/>
        </w:rPr>
      </w:pPr>
      <w:r w:rsidRPr="00A55680">
        <w:rPr>
          <w:b/>
          <w:bCs/>
          <w:lang w:val="cs-CZ"/>
        </w:rPr>
        <w:t xml:space="preserve">Fotografie by měly být pořizovány z výšky kolen, aby se zabránilo zkreslení. </w:t>
      </w:r>
    </w:p>
    <w:p w14:paraId="3E4CD2D5" w14:textId="4009EA06" w:rsidR="00074EEF" w:rsidRPr="00A55680" w:rsidRDefault="00A55680" w:rsidP="00A55680">
      <w:pPr>
        <w:pStyle w:val="Odstavecseseznamem"/>
        <w:numPr>
          <w:ilvl w:val="0"/>
          <w:numId w:val="12"/>
        </w:numPr>
        <w:jc w:val="both"/>
        <w:rPr>
          <w:b/>
          <w:bCs/>
          <w:lang w:val="cs-CZ"/>
        </w:rPr>
      </w:pPr>
      <w:r w:rsidRPr="00A55680">
        <w:rPr>
          <w:b/>
          <w:bCs/>
          <w:lang w:val="cs-CZ"/>
        </w:rPr>
        <w:t>Pokud možno nikoli selfie.</w:t>
      </w:r>
    </w:p>
    <w:sectPr w:rsidR="00074EEF" w:rsidRPr="00A556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B06EF9"/>
    <w:multiLevelType w:val="hybridMultilevel"/>
    <w:tmpl w:val="DC0A0476"/>
    <w:lvl w:ilvl="0" w:tplc="C7384ED6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B1D68"/>
    <w:multiLevelType w:val="hybridMultilevel"/>
    <w:tmpl w:val="A9A6D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821ED"/>
    <w:multiLevelType w:val="hybridMultilevel"/>
    <w:tmpl w:val="BE648BEC"/>
    <w:lvl w:ilvl="0" w:tplc="F7865992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372174">
    <w:abstractNumId w:val="8"/>
  </w:num>
  <w:num w:numId="2" w16cid:durableId="2089500677">
    <w:abstractNumId w:val="6"/>
  </w:num>
  <w:num w:numId="3" w16cid:durableId="438722649">
    <w:abstractNumId w:val="5"/>
  </w:num>
  <w:num w:numId="4" w16cid:durableId="967398583">
    <w:abstractNumId w:val="4"/>
  </w:num>
  <w:num w:numId="5" w16cid:durableId="1255435446">
    <w:abstractNumId w:val="7"/>
  </w:num>
  <w:num w:numId="6" w16cid:durableId="1384400325">
    <w:abstractNumId w:val="3"/>
  </w:num>
  <w:num w:numId="7" w16cid:durableId="557714611">
    <w:abstractNumId w:val="2"/>
  </w:num>
  <w:num w:numId="8" w16cid:durableId="1076977862">
    <w:abstractNumId w:val="1"/>
  </w:num>
  <w:num w:numId="9" w16cid:durableId="1673602217">
    <w:abstractNumId w:val="0"/>
  </w:num>
  <w:num w:numId="10" w16cid:durableId="1685671102">
    <w:abstractNumId w:val="9"/>
  </w:num>
  <w:num w:numId="11" w16cid:durableId="414134170">
    <w:abstractNumId w:val="10"/>
  </w:num>
  <w:num w:numId="12" w16cid:durableId="559293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formatting="1" w:enforcement="1" w:cryptProviderType="rsaAES" w:cryptAlgorithmClass="hash" w:cryptAlgorithmType="typeAny" w:cryptAlgorithmSid="14" w:cryptSpinCount="100000" w:hash="wHcoRnH+Wy90LgJcX+r7pBMvPPOsN/9Z9j4U6Ln42ceSkMeqDbT+OYY3t0KinSINfcbaMhJxgRiqTwOK97e6yA==" w:salt="w3TDYUwgxX3QmI2h3lwacw==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866"/>
    <w:rsid w:val="0006063C"/>
    <w:rsid w:val="00074EEF"/>
    <w:rsid w:val="0015074B"/>
    <w:rsid w:val="00163213"/>
    <w:rsid w:val="001C446F"/>
    <w:rsid w:val="00202D79"/>
    <w:rsid w:val="00280810"/>
    <w:rsid w:val="0029639D"/>
    <w:rsid w:val="00326F90"/>
    <w:rsid w:val="003C1DC0"/>
    <w:rsid w:val="003F03AD"/>
    <w:rsid w:val="00531FA4"/>
    <w:rsid w:val="005B2D1A"/>
    <w:rsid w:val="0063412A"/>
    <w:rsid w:val="00635CFA"/>
    <w:rsid w:val="006800B0"/>
    <w:rsid w:val="006B5B19"/>
    <w:rsid w:val="007E145C"/>
    <w:rsid w:val="00861863"/>
    <w:rsid w:val="008B5637"/>
    <w:rsid w:val="008C3400"/>
    <w:rsid w:val="008E6008"/>
    <w:rsid w:val="008F05A9"/>
    <w:rsid w:val="009463B0"/>
    <w:rsid w:val="00A55680"/>
    <w:rsid w:val="00AA1D8D"/>
    <w:rsid w:val="00B00384"/>
    <w:rsid w:val="00B458B3"/>
    <w:rsid w:val="00B47730"/>
    <w:rsid w:val="00B611C0"/>
    <w:rsid w:val="00BA4C6B"/>
    <w:rsid w:val="00BB5623"/>
    <w:rsid w:val="00BC3D9B"/>
    <w:rsid w:val="00BE3731"/>
    <w:rsid w:val="00CB0664"/>
    <w:rsid w:val="00DD625A"/>
    <w:rsid w:val="00E61C1D"/>
    <w:rsid w:val="00E731FA"/>
    <w:rsid w:val="00EB75DD"/>
    <w:rsid w:val="00F172CD"/>
    <w:rsid w:val="00F55CC1"/>
    <w:rsid w:val="00F55DA4"/>
    <w:rsid w:val="00F64040"/>
    <w:rsid w:val="00F730BD"/>
    <w:rsid w:val="00F946FE"/>
    <w:rsid w:val="00FB185D"/>
    <w:rsid w:val="00FC2B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F0633"/>
  <w14:defaultImageDpi w14:val="330"/>
  <w15:docId w15:val="{EC08AF2B-FBB4-4938-81BD-A442DAF2D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8C34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BF1153-15A9-46AC-8905-ED0CF1FB3E34}"/>
      </w:docPartPr>
      <w:docPartBody>
        <w:p w:rsidR="008A0DE6" w:rsidRDefault="000D147B">
          <w:r w:rsidRPr="00E6723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7B"/>
    <w:rsid w:val="000D147B"/>
    <w:rsid w:val="001B56A1"/>
    <w:rsid w:val="00202D79"/>
    <w:rsid w:val="00280810"/>
    <w:rsid w:val="00491CE1"/>
    <w:rsid w:val="006800B0"/>
    <w:rsid w:val="006C5718"/>
    <w:rsid w:val="008A0DE6"/>
    <w:rsid w:val="008B5637"/>
    <w:rsid w:val="009463B0"/>
    <w:rsid w:val="009C6FDD"/>
    <w:rsid w:val="00A574B6"/>
    <w:rsid w:val="00AF36F9"/>
    <w:rsid w:val="00F5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D147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9e59a4-f1dc-456d-ba88-a4d9b6e20ba0" xsi:nil="true"/>
    <lcf76f155ced4ddcb4097134ff3c332f xmlns="3c55152d-4711-45cd-9cb4-50196c39515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0BB63FDAE9AC46AD2ECD9907449743" ma:contentTypeVersion="15" ma:contentTypeDescription="Vytvoří nový dokument" ma:contentTypeScope="" ma:versionID="43caf119c05d6448d77947e450b8b817">
  <xsd:schema xmlns:xsd="http://www.w3.org/2001/XMLSchema" xmlns:xs="http://www.w3.org/2001/XMLSchema" xmlns:p="http://schemas.microsoft.com/office/2006/metadata/properties" xmlns:ns2="ed9e59a4-f1dc-456d-ba88-a4d9b6e20ba0" xmlns:ns3="3c55152d-4711-45cd-9cb4-50196c39515e" targetNamespace="http://schemas.microsoft.com/office/2006/metadata/properties" ma:root="true" ma:fieldsID="ebcb3bd07941255f7a030283a31cee5a" ns2:_="" ns3:_="">
    <xsd:import namespace="ed9e59a4-f1dc-456d-ba88-a4d9b6e20ba0"/>
    <xsd:import namespace="3c55152d-4711-45cd-9cb4-50196c3951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e59a4-f1dc-456d-ba88-a4d9b6e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bfb39c-7ea7-4343-bfca-66807f6219d6}" ma:internalName="TaxCatchAll" ma:showField="CatchAllData" ma:web="ed9e59a4-f1dc-456d-ba88-a4d9b6e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5152d-4711-45cd-9cb4-50196c395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2750fc9e-19c5-4843-a33f-8cd24924c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2B678-4583-457C-8522-BFBC8E4A84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01F5D-432C-459A-A19B-48494FE86978}">
  <ds:schemaRefs>
    <ds:schemaRef ds:uri="http://schemas.microsoft.com/office/2006/metadata/properties"/>
    <ds:schemaRef ds:uri="http://schemas.microsoft.com/office/infopath/2007/PartnerControls"/>
    <ds:schemaRef ds:uri="ed9e59a4-f1dc-456d-ba88-a4d9b6e20ba0"/>
    <ds:schemaRef ds:uri="3c55152d-4711-45cd-9cb4-50196c39515e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A9725C-C131-4742-9F86-9AD402EB7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9e59a4-f1dc-456d-ba88-a4d9b6e20ba0"/>
    <ds:schemaRef ds:uri="3c55152d-4711-45cd-9cb4-50196c395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489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Roman Šolc</cp:lastModifiedBy>
  <cp:revision>4</cp:revision>
  <cp:lastPrinted>2025-10-22T09:40:00Z</cp:lastPrinted>
  <dcterms:created xsi:type="dcterms:W3CDTF">2025-10-31T13:53:00Z</dcterms:created>
  <dcterms:modified xsi:type="dcterms:W3CDTF">2025-10-31T14:14:00Z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0x010100D60BB63FDAE9AC46AD2ECD9907449743</vt:lpwstr>
  </property>
</Properties>
</file>