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A9FF8" w14:textId="77777777" w:rsidR="001C50DC" w:rsidRPr="00B8180F" w:rsidRDefault="001C50DC" w:rsidP="001C50DC">
      <w:pPr>
        <w:jc w:val="center"/>
        <w:rPr>
          <w:b/>
          <w:color w:val="662266"/>
          <w:sz w:val="32"/>
          <w:lang w:val="de-DE"/>
        </w:rPr>
      </w:pPr>
      <w:r w:rsidRPr="00B8180F">
        <w:rPr>
          <w:b/>
          <w:color w:val="662266"/>
          <w:sz w:val="32"/>
          <w:lang w:val="de-DE"/>
        </w:rPr>
        <w:t>Patientenfragebogen – Lipödem-Diagnose</w:t>
      </w:r>
    </w:p>
    <w:p w14:paraId="1CAD71C1" w14:textId="100899DA" w:rsidR="00074EEF" w:rsidRPr="00B8180F" w:rsidRDefault="001C50DC" w:rsidP="00F946FE">
      <w:pPr>
        <w:jc w:val="both"/>
        <w:rPr>
          <w:lang w:val="de-DE"/>
        </w:rPr>
      </w:pPr>
      <w:r w:rsidRPr="00B8180F">
        <w:rPr>
          <w:lang w:val="de-DE"/>
        </w:rPr>
        <w:t>Bitte füllen Sie den folgenden Fragebogen aus und senden Sie ihn zusammen mit den unten beschriebenen Fotos an unsere Lipödem-Spezialistin. Ihre Angaben werden im Rahmen der Online-Konsultation mit der Spezialistin besprochen. Dieser Fragebogen und die Konsultation dienen als Grundlage für die medizinische Diagnosestellung.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B8180F" w14:paraId="07E11E3C" w14:textId="77777777">
        <w:tc>
          <w:tcPr>
            <w:tcW w:w="8640" w:type="dxa"/>
            <w:shd w:val="clear" w:color="auto" w:fill="D3C1DD"/>
          </w:tcPr>
          <w:p w14:paraId="44F1B608" w14:textId="7067CE9A" w:rsidR="00074EEF" w:rsidRPr="00B8180F" w:rsidRDefault="00000000">
            <w:pPr>
              <w:rPr>
                <w:lang w:val="de-DE"/>
              </w:rPr>
            </w:pPr>
            <w:r w:rsidRPr="00B8180F">
              <w:rPr>
                <w:b/>
                <w:color w:val="FFFFFF"/>
                <w:sz w:val="28"/>
                <w:lang w:val="de-DE"/>
              </w:rPr>
              <w:t xml:space="preserve">1. </w:t>
            </w:r>
            <w:r w:rsidR="00DD29F0" w:rsidRPr="00B8180F">
              <w:rPr>
                <w:b/>
                <w:color w:val="FFFFFF"/>
                <w:sz w:val="28"/>
                <w:lang w:val="de-DE"/>
              </w:rPr>
              <w:t>Grundinformationen</w:t>
            </w:r>
          </w:p>
        </w:tc>
      </w:tr>
    </w:tbl>
    <w:p w14:paraId="71C00C18" w14:textId="222C15E2" w:rsidR="00074EEF" w:rsidRPr="00B8180F" w:rsidRDefault="00DD29F0">
      <w:pPr>
        <w:spacing w:after="80"/>
        <w:rPr>
          <w:lang w:val="de-DE"/>
        </w:rPr>
      </w:pPr>
      <w:r w:rsidRPr="00B8180F">
        <w:rPr>
          <w:lang w:val="de-DE"/>
        </w:rPr>
        <w:t>Vorname und Nachname:</w:t>
      </w:r>
    </w:p>
    <w:sdt>
      <w:sdtPr>
        <w:rPr>
          <w:lang w:val="de-DE"/>
        </w:rPr>
        <w:id w:val="793336848"/>
        <w:placeholder>
          <w:docPart w:val="DefaultPlaceholder_-1854013440"/>
        </w:placeholder>
        <w:text/>
      </w:sdtPr>
      <w:sdtContent>
        <w:p w14:paraId="56540666" w14:textId="091E620E" w:rsidR="00074EEF" w:rsidRPr="00B8180F" w:rsidRDefault="00B8180F">
          <w:pPr>
            <w:rPr>
              <w:lang w:val="de-DE"/>
            </w:rPr>
          </w:pPr>
          <w:r w:rsidRPr="00B8180F">
            <w:rPr>
              <w:lang w:val="de-DE"/>
            </w:rPr>
            <w:t xml:space="preserve"> </w:t>
          </w:r>
          <w:proofErr w:type="spellStart"/>
          <w:r w:rsidRPr="00B8180F">
            <w:rPr>
              <w:lang w:val="de-DE"/>
            </w:rPr>
            <w:t>Klikněte</w:t>
          </w:r>
          <w:proofErr w:type="spellEnd"/>
          <w:r w:rsidRPr="00B8180F">
            <w:rPr>
              <w:lang w:val="de-DE"/>
            </w:rPr>
            <w:t xml:space="preserve"> </w:t>
          </w:r>
          <w:proofErr w:type="spellStart"/>
          <w:r w:rsidRPr="00B8180F">
            <w:rPr>
              <w:lang w:val="de-DE"/>
            </w:rPr>
            <w:t>nebo</w:t>
          </w:r>
          <w:proofErr w:type="spellEnd"/>
          <w:r w:rsidRPr="00B8180F">
            <w:rPr>
              <w:lang w:val="de-DE"/>
            </w:rPr>
            <w:t xml:space="preserve"> </w:t>
          </w:r>
          <w:proofErr w:type="spellStart"/>
          <w:r w:rsidRPr="00B8180F">
            <w:rPr>
              <w:lang w:val="de-DE"/>
            </w:rPr>
            <w:t>klepněte</w:t>
          </w:r>
          <w:proofErr w:type="spellEnd"/>
          <w:r w:rsidRPr="00B8180F">
            <w:rPr>
              <w:lang w:val="de-DE"/>
            </w:rPr>
            <w:t xml:space="preserve"> </w:t>
          </w:r>
          <w:proofErr w:type="spellStart"/>
          <w:r w:rsidRPr="00B8180F">
            <w:rPr>
              <w:lang w:val="de-DE"/>
            </w:rPr>
            <w:t>sem</w:t>
          </w:r>
          <w:proofErr w:type="spellEnd"/>
          <w:r w:rsidRPr="00B8180F">
            <w:rPr>
              <w:lang w:val="de-DE"/>
            </w:rPr>
            <w:t xml:space="preserve"> a </w:t>
          </w:r>
          <w:proofErr w:type="spellStart"/>
          <w:r w:rsidRPr="00B8180F">
            <w:rPr>
              <w:lang w:val="de-DE"/>
            </w:rPr>
            <w:t>zadejte</w:t>
          </w:r>
          <w:proofErr w:type="spellEnd"/>
          <w:r w:rsidRPr="00B8180F">
            <w:rPr>
              <w:lang w:val="de-DE"/>
            </w:rPr>
            <w:t xml:space="preserve"> </w:t>
          </w:r>
          <w:proofErr w:type="spellStart"/>
          <w:r w:rsidRPr="00B8180F">
            <w:rPr>
              <w:lang w:val="de-DE"/>
            </w:rPr>
            <w:t>text</w:t>
          </w:r>
          <w:proofErr w:type="spellEnd"/>
          <w:r w:rsidRPr="00B8180F">
            <w:rPr>
              <w:lang w:val="de-DE"/>
            </w:rPr>
            <w:t>.</w:t>
          </w:r>
        </w:p>
      </w:sdtContent>
    </w:sdt>
    <w:p w14:paraId="708654F0" w14:textId="76B81A4E" w:rsidR="00074EEF" w:rsidRPr="00B8180F" w:rsidRDefault="00000000">
      <w:pPr>
        <w:spacing w:after="80"/>
        <w:rPr>
          <w:lang w:val="de-DE"/>
        </w:rPr>
      </w:pPr>
      <w:r w:rsidRPr="00B8180F">
        <w:rPr>
          <w:lang w:val="de-DE"/>
        </w:rPr>
        <w:t>Ge</w:t>
      </w:r>
      <w:r w:rsidR="00DD29F0" w:rsidRPr="00B8180F">
        <w:rPr>
          <w:lang w:val="de-DE"/>
        </w:rPr>
        <w:t>schlecht</w:t>
      </w:r>
      <w:r w:rsidRPr="00B8180F">
        <w:rPr>
          <w:lang w:val="de-DE"/>
        </w:rPr>
        <w:t>:</w:t>
      </w:r>
    </w:p>
    <w:sdt>
      <w:sdtPr>
        <w:rPr>
          <w:lang w:val="de-DE"/>
        </w:rPr>
        <w:id w:val="-1358348503"/>
        <w:placeholder>
          <w:docPart w:val="DefaultPlaceholder_-1854013440"/>
        </w:placeholder>
        <w:showingPlcHdr/>
        <w:text/>
      </w:sdtPr>
      <w:sdtContent>
        <w:p w14:paraId="12D7A31A" w14:textId="267AFBC9" w:rsidR="00074EEF" w:rsidRPr="00B8180F" w:rsidRDefault="008C3400">
          <w:pPr>
            <w:rPr>
              <w:lang w:val="de-DE"/>
            </w:rPr>
          </w:pPr>
          <w:r w:rsidRPr="00B8180F">
            <w:rPr>
              <w:rStyle w:val="Zstupntext"/>
              <w:lang w:val="de-DE"/>
            </w:rPr>
            <w:t>Klikněte nebo klepněte sem a zadejte text.</w:t>
          </w:r>
        </w:p>
      </w:sdtContent>
    </w:sdt>
    <w:p w14:paraId="7598CA86" w14:textId="0EFA8F7D" w:rsidR="00074EEF" w:rsidRPr="00B8180F" w:rsidRDefault="00DD29F0">
      <w:pPr>
        <w:spacing w:after="80"/>
        <w:rPr>
          <w:lang w:val="de-DE"/>
        </w:rPr>
      </w:pPr>
      <w:r w:rsidRPr="00B8180F">
        <w:rPr>
          <w:lang w:val="de-DE"/>
        </w:rPr>
        <w:t>Alter:</w:t>
      </w:r>
    </w:p>
    <w:sdt>
      <w:sdtPr>
        <w:rPr>
          <w:lang w:val="de-DE"/>
        </w:rPr>
        <w:id w:val="1615408172"/>
        <w:placeholder>
          <w:docPart w:val="DefaultPlaceholder_-1854013440"/>
        </w:placeholder>
        <w:showingPlcHdr/>
        <w:text/>
      </w:sdtPr>
      <w:sdtContent>
        <w:p w14:paraId="06ACDC5B" w14:textId="6F264966" w:rsidR="00074EEF" w:rsidRPr="00B8180F" w:rsidRDefault="008C3400">
          <w:pPr>
            <w:rPr>
              <w:lang w:val="de-DE"/>
            </w:rPr>
          </w:pPr>
          <w:r w:rsidRPr="00B8180F">
            <w:rPr>
              <w:rStyle w:val="Zstupntext"/>
              <w:lang w:val="de-DE"/>
            </w:rPr>
            <w:t>Klikněte nebo klepněte sem a zadejte text.</w:t>
          </w:r>
        </w:p>
      </w:sdtContent>
    </w:sdt>
    <w:p w14:paraId="308E4F0C" w14:textId="426630DF" w:rsidR="00074EEF" w:rsidRPr="00B8180F" w:rsidRDefault="00DD29F0">
      <w:pPr>
        <w:spacing w:after="80"/>
        <w:rPr>
          <w:lang w:val="de-DE"/>
        </w:rPr>
      </w:pPr>
      <w:r w:rsidRPr="00B8180F">
        <w:rPr>
          <w:lang w:val="de-DE"/>
        </w:rPr>
        <w:t xml:space="preserve">Größe: </w:t>
      </w:r>
    </w:p>
    <w:sdt>
      <w:sdtPr>
        <w:rPr>
          <w:lang w:val="de-DE"/>
        </w:rPr>
        <w:id w:val="1029384508"/>
        <w:placeholder>
          <w:docPart w:val="DefaultPlaceholder_-1854013440"/>
        </w:placeholder>
        <w:showingPlcHdr/>
        <w:text/>
      </w:sdtPr>
      <w:sdtContent>
        <w:p w14:paraId="56A2E223" w14:textId="21781A05" w:rsidR="00074EEF" w:rsidRPr="00B8180F" w:rsidRDefault="008C3400">
          <w:pPr>
            <w:rPr>
              <w:lang w:val="de-DE"/>
            </w:rPr>
          </w:pPr>
          <w:r w:rsidRPr="00B8180F">
            <w:rPr>
              <w:rStyle w:val="Zstupntext"/>
              <w:lang w:val="de-DE"/>
            </w:rPr>
            <w:t>Klikněte nebo klepněte sem a zadejte text.</w:t>
          </w:r>
        </w:p>
      </w:sdtContent>
    </w:sdt>
    <w:p w14:paraId="41CA3E2B" w14:textId="0EBF3676" w:rsidR="00074EEF" w:rsidRPr="00B8180F" w:rsidRDefault="00DD29F0">
      <w:pPr>
        <w:spacing w:after="80"/>
        <w:rPr>
          <w:lang w:val="de-DE"/>
        </w:rPr>
      </w:pPr>
      <w:r w:rsidRPr="00B8180F">
        <w:rPr>
          <w:lang w:val="de-DE"/>
        </w:rPr>
        <w:t>Gewicht:</w:t>
      </w:r>
    </w:p>
    <w:sdt>
      <w:sdtPr>
        <w:rPr>
          <w:lang w:val="de-DE"/>
        </w:rPr>
        <w:id w:val="-1981215983"/>
        <w:placeholder>
          <w:docPart w:val="DefaultPlaceholder_-1854013440"/>
        </w:placeholder>
        <w:showingPlcHdr/>
        <w:text/>
      </w:sdtPr>
      <w:sdtContent>
        <w:p w14:paraId="68DDB7CD" w14:textId="715DE7D9" w:rsidR="00074EEF" w:rsidRPr="00B8180F" w:rsidRDefault="008C3400">
          <w:pPr>
            <w:rPr>
              <w:lang w:val="de-DE"/>
            </w:rPr>
          </w:pPr>
          <w:r w:rsidRPr="00B8180F">
            <w:rPr>
              <w:rStyle w:val="Zstupntext"/>
              <w:lang w:val="de-DE"/>
            </w:rPr>
            <w:t>Klikněte nebo klepněte sem a zadejte text.</w:t>
          </w:r>
        </w:p>
      </w:sdtContent>
    </w:sdt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B8180F" w14:paraId="031B8CF8" w14:textId="77777777">
        <w:tc>
          <w:tcPr>
            <w:tcW w:w="8640" w:type="dxa"/>
            <w:shd w:val="clear" w:color="auto" w:fill="D3C1DD"/>
          </w:tcPr>
          <w:p w14:paraId="1CE11CD3" w14:textId="5D5DFDDA" w:rsidR="00074EEF" w:rsidRPr="00B8180F" w:rsidRDefault="00000000">
            <w:pPr>
              <w:rPr>
                <w:lang w:val="de-DE"/>
              </w:rPr>
            </w:pPr>
            <w:r w:rsidRPr="00B8180F">
              <w:rPr>
                <w:b/>
                <w:color w:val="FFFFFF"/>
                <w:sz w:val="28"/>
                <w:lang w:val="de-DE"/>
              </w:rPr>
              <w:t xml:space="preserve">2. </w:t>
            </w:r>
            <w:r w:rsidR="004F11AD" w:rsidRPr="00B8180F">
              <w:rPr>
                <w:b/>
                <w:color w:val="FFFFFF"/>
                <w:sz w:val="28"/>
                <w:lang w:val="de-DE"/>
              </w:rPr>
              <w:t>Anamnese</w:t>
            </w:r>
          </w:p>
        </w:tc>
      </w:tr>
    </w:tbl>
    <w:p w14:paraId="1C9DD824" w14:textId="53A62B53" w:rsidR="00074EEF" w:rsidRPr="00B8180F" w:rsidRDefault="00A136A0">
      <w:pPr>
        <w:spacing w:after="80"/>
        <w:rPr>
          <w:lang w:val="de-DE"/>
        </w:rPr>
      </w:pPr>
      <w:r w:rsidRPr="00B8180F">
        <w:rPr>
          <w:lang w:val="de-DE"/>
        </w:rPr>
        <w:t>Haben Sie irgendwelche gesundheitlichen Beschwerden? (</w:t>
      </w:r>
      <w:r w:rsidR="00B8180F" w:rsidRPr="00B8180F">
        <w:rPr>
          <w:lang w:val="de-DE"/>
        </w:rPr>
        <w:t xml:space="preserve">bitte </w:t>
      </w:r>
      <w:r w:rsidRPr="00B8180F">
        <w:rPr>
          <w:lang w:val="de-DE"/>
        </w:rPr>
        <w:t>alle zutreffende ankreuzen)</w:t>
      </w:r>
    </w:p>
    <w:sdt>
      <w:sdtPr>
        <w:rPr>
          <w:lang w:val="de-DE"/>
        </w:rPr>
        <w:id w:val="-1776484692"/>
        <w:placeholder>
          <w:docPart w:val="DefaultPlaceholder_-1854013440"/>
        </w:placeholder>
        <w:showingPlcHdr/>
        <w:text/>
      </w:sdtPr>
      <w:sdtContent>
        <w:p w14:paraId="4766B177" w14:textId="34699827" w:rsidR="00074EEF" w:rsidRPr="00B8180F" w:rsidRDefault="008C3400">
          <w:pPr>
            <w:rPr>
              <w:lang w:val="de-DE"/>
            </w:rPr>
          </w:pPr>
          <w:r w:rsidRPr="00B8180F">
            <w:rPr>
              <w:rStyle w:val="Zstupntext"/>
              <w:lang w:val="de-DE"/>
            </w:rPr>
            <w:t>Klikněte nebo klepněte sem a zadejte text.</w:t>
          </w:r>
        </w:p>
      </w:sdtContent>
    </w:sdt>
    <w:p w14:paraId="49B2F64D" w14:textId="3BF27EEB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-2140562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8C3400" w:rsidRPr="00B8180F">
        <w:rPr>
          <w:lang w:val="de-DE"/>
        </w:rPr>
        <w:t xml:space="preserve"> </w:t>
      </w:r>
      <w:r w:rsidR="00CF2E74" w:rsidRPr="00B8180F">
        <w:rPr>
          <w:lang w:val="de-DE"/>
        </w:rPr>
        <w:t xml:space="preserve">Bluthochdruck </w:t>
      </w:r>
      <w:sdt>
        <w:sdtPr>
          <w:rPr>
            <w:lang w:val="de-DE"/>
          </w:rPr>
          <w:id w:val="1018660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8C3400" w:rsidRPr="00B8180F">
        <w:rPr>
          <w:lang w:val="de-DE"/>
        </w:rPr>
        <w:t xml:space="preserve"> </w:t>
      </w:r>
      <w:r w:rsidR="00CF2E74" w:rsidRPr="00B8180F">
        <w:rPr>
          <w:lang w:val="de-DE"/>
        </w:rPr>
        <w:t xml:space="preserve">Herzkrankheit </w:t>
      </w:r>
      <w:sdt>
        <w:sdtPr>
          <w:rPr>
            <w:lang w:val="de-DE"/>
          </w:rPr>
          <w:id w:val="1542168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4040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8C3400" w:rsidRPr="00B8180F">
        <w:rPr>
          <w:lang w:val="de-DE"/>
        </w:rPr>
        <w:t xml:space="preserve"> </w:t>
      </w:r>
      <w:r w:rsidR="00CF2E74" w:rsidRPr="00B8180F">
        <w:rPr>
          <w:lang w:val="de-DE"/>
        </w:rPr>
        <w:t xml:space="preserve">Lebererkrankung </w:t>
      </w:r>
      <w:sdt>
        <w:sdtPr>
          <w:rPr>
            <w:lang w:val="de-DE"/>
          </w:rPr>
          <w:id w:val="-506589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8C3400" w:rsidRPr="00B8180F">
        <w:rPr>
          <w:lang w:val="de-DE"/>
        </w:rPr>
        <w:t xml:space="preserve"> </w:t>
      </w:r>
      <w:r w:rsidR="00CF2E74" w:rsidRPr="00B8180F">
        <w:rPr>
          <w:lang w:val="de-DE"/>
        </w:rPr>
        <w:t xml:space="preserve">Nierenerkrankung </w:t>
      </w:r>
      <w:sdt>
        <w:sdtPr>
          <w:rPr>
            <w:lang w:val="de-DE"/>
          </w:rPr>
          <w:id w:val="-819035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8C3400" w:rsidRPr="00B8180F">
        <w:rPr>
          <w:lang w:val="de-DE"/>
        </w:rPr>
        <w:t xml:space="preserve"> </w:t>
      </w:r>
      <w:r w:rsidR="00CF2E74" w:rsidRPr="00B8180F">
        <w:rPr>
          <w:lang w:val="de-DE"/>
        </w:rPr>
        <w:t>Chronische Venenerkrankung, Krampfadern</w:t>
      </w:r>
      <w:r w:rsidR="008C3400" w:rsidRPr="00B8180F">
        <w:rPr>
          <w:lang w:val="de-DE"/>
        </w:rPr>
        <w:t xml:space="preserve">   </w:t>
      </w:r>
      <w:sdt>
        <w:sdtPr>
          <w:rPr>
            <w:lang w:val="de-DE"/>
          </w:rPr>
          <w:id w:val="8849128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3400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8C3400" w:rsidRPr="00B8180F">
        <w:rPr>
          <w:lang w:val="de-DE"/>
        </w:rPr>
        <w:t xml:space="preserve"> </w:t>
      </w:r>
      <w:r w:rsidR="00CF2E74" w:rsidRPr="00B8180F">
        <w:rPr>
          <w:lang w:val="de-DE"/>
        </w:rPr>
        <w:t>Andere</w:t>
      </w:r>
      <w:r w:rsidR="008C3400" w:rsidRPr="00B8180F">
        <w:rPr>
          <w:lang w:val="de-DE"/>
        </w:rPr>
        <w:t xml:space="preserve">: </w:t>
      </w:r>
      <w:sdt>
        <w:sdtPr>
          <w:rPr>
            <w:lang w:val="de-DE"/>
          </w:rPr>
          <w:id w:val="995770520"/>
          <w:placeholder>
            <w:docPart w:val="DefaultPlaceholder_-1854013440"/>
          </w:placeholder>
          <w:showingPlcHdr/>
          <w:text/>
        </w:sdtPr>
        <w:sdtContent>
          <w:r w:rsidR="008C3400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p w14:paraId="719FBA2B" w14:textId="266EC2B0" w:rsidR="00074EEF" w:rsidRPr="00B8180F" w:rsidRDefault="00222798">
      <w:pPr>
        <w:spacing w:after="80"/>
        <w:rPr>
          <w:lang w:val="de-DE"/>
        </w:rPr>
      </w:pPr>
      <w:r w:rsidRPr="00B8180F">
        <w:rPr>
          <w:lang w:val="de-DE"/>
        </w:rPr>
        <w:t>Nehmen Sie Medikamente ein? Bitte auflisten:</w:t>
      </w:r>
    </w:p>
    <w:sdt>
      <w:sdtPr>
        <w:rPr>
          <w:lang w:val="de-DE"/>
        </w:rPr>
        <w:id w:val="-1820952427"/>
        <w:placeholder>
          <w:docPart w:val="DefaultPlaceholder_-1854013440"/>
        </w:placeholder>
        <w:showingPlcHdr/>
        <w:text/>
      </w:sdtPr>
      <w:sdtContent>
        <w:p w14:paraId="489B5D50" w14:textId="1AC6A1CC" w:rsidR="00074EEF" w:rsidRPr="00B8180F" w:rsidRDefault="008C3400">
          <w:pPr>
            <w:rPr>
              <w:lang w:val="de-DE"/>
            </w:rPr>
          </w:pPr>
          <w:r w:rsidRPr="00B8180F">
            <w:rPr>
              <w:rStyle w:val="Zstupntext"/>
              <w:lang w:val="de-DE"/>
            </w:rPr>
            <w:t>Klikněte nebo klepněte sem a zadejte text.</w:t>
          </w:r>
        </w:p>
      </w:sdtContent>
    </w:sdt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B8180F" w14:paraId="3A95BE7D" w14:textId="77777777">
        <w:tc>
          <w:tcPr>
            <w:tcW w:w="8640" w:type="dxa"/>
            <w:shd w:val="clear" w:color="auto" w:fill="D3C1DD"/>
          </w:tcPr>
          <w:p w14:paraId="0B579903" w14:textId="2153C0A9" w:rsidR="00074EEF" w:rsidRPr="00B8180F" w:rsidRDefault="00000000">
            <w:pPr>
              <w:rPr>
                <w:lang w:val="de-DE"/>
              </w:rPr>
            </w:pPr>
            <w:r w:rsidRPr="00B8180F">
              <w:rPr>
                <w:b/>
                <w:color w:val="FFFFFF"/>
                <w:sz w:val="28"/>
                <w:lang w:val="de-DE"/>
              </w:rPr>
              <w:t>3. Famil</w:t>
            </w:r>
            <w:r w:rsidR="00222798" w:rsidRPr="00B8180F">
              <w:rPr>
                <w:b/>
                <w:color w:val="FFFFFF"/>
                <w:sz w:val="28"/>
                <w:lang w:val="de-DE"/>
              </w:rPr>
              <w:t>ien</w:t>
            </w:r>
            <w:r w:rsidR="004F11AD" w:rsidRPr="00B8180F">
              <w:rPr>
                <w:b/>
                <w:color w:val="FFFFFF"/>
                <w:sz w:val="28"/>
                <w:lang w:val="de-DE"/>
              </w:rPr>
              <w:t>anamnese</w:t>
            </w:r>
          </w:p>
        </w:tc>
      </w:tr>
    </w:tbl>
    <w:p w14:paraId="755935A0" w14:textId="60688FBA" w:rsidR="00222798" w:rsidRPr="00B8180F" w:rsidRDefault="00222798">
      <w:pPr>
        <w:rPr>
          <w:lang w:val="de-DE"/>
        </w:rPr>
      </w:pPr>
      <w:r w:rsidRPr="00B8180F">
        <w:rPr>
          <w:lang w:val="de-DE"/>
        </w:rPr>
        <w:t>Hat jemand in Ihrer Familie ähnliche Probleme (Körper</w:t>
      </w:r>
      <w:r w:rsidR="00CE0DE0">
        <w:rPr>
          <w:lang w:val="de-DE"/>
        </w:rPr>
        <w:t>disp</w:t>
      </w:r>
      <w:r w:rsidR="00E13F55">
        <w:rPr>
          <w:lang w:val="de-DE"/>
        </w:rPr>
        <w:t>roportion</w:t>
      </w:r>
      <w:r w:rsidRPr="00B8180F">
        <w:rPr>
          <w:lang w:val="de-DE"/>
        </w:rPr>
        <w:t>, schmerzende Beine, schnelle Fettansammlung)?</w:t>
      </w:r>
    </w:p>
    <w:p w14:paraId="64DE2776" w14:textId="621FB46A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1102687581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p w14:paraId="399CD952" w14:textId="7DF8BE0D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15423308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4F11AD" w:rsidRPr="00B8180F">
        <w:rPr>
          <w:lang w:val="de-DE"/>
        </w:rPr>
        <w:t>j</w:t>
      </w:r>
      <w:r w:rsidR="00222798" w:rsidRPr="00B8180F">
        <w:rPr>
          <w:lang w:val="de-DE"/>
        </w:rPr>
        <w:t>a</w:t>
      </w:r>
      <w:r w:rsidR="00F946FE" w:rsidRPr="00B8180F">
        <w:rPr>
          <w:lang w:val="de-DE"/>
        </w:rPr>
        <w:t xml:space="preserve"> </w:t>
      </w:r>
      <w:r w:rsidR="004F11AD" w:rsidRPr="00B8180F">
        <w:rPr>
          <w:lang w:val="de-DE"/>
        </w:rPr>
        <w:t>–</w:t>
      </w:r>
      <w:r w:rsidR="00F946FE" w:rsidRPr="00B8180F">
        <w:rPr>
          <w:lang w:val="de-DE"/>
        </w:rPr>
        <w:t xml:space="preserve"> </w:t>
      </w:r>
      <w:r w:rsidR="004F11AD" w:rsidRPr="00B8180F">
        <w:rPr>
          <w:lang w:val="de-DE"/>
        </w:rPr>
        <w:t>bitte angeben</w:t>
      </w:r>
      <w:r w:rsidR="00F946FE" w:rsidRPr="00B8180F">
        <w:rPr>
          <w:lang w:val="de-DE"/>
        </w:rPr>
        <w:t xml:space="preserve">: </w:t>
      </w:r>
      <w:sdt>
        <w:sdtPr>
          <w:rPr>
            <w:lang w:val="de-DE"/>
          </w:rPr>
          <w:id w:val="-1507598641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  <w:sdt>
        <w:sdtPr>
          <w:rPr>
            <w:lang w:val="de-DE"/>
          </w:rPr>
          <w:id w:val="-1702390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4F11AD" w:rsidRPr="00B8180F">
        <w:rPr>
          <w:lang w:val="de-DE"/>
        </w:rPr>
        <w:t>n</w:t>
      </w:r>
      <w:r w:rsidR="00222798" w:rsidRPr="00B8180F">
        <w:rPr>
          <w:lang w:val="de-DE"/>
        </w:rPr>
        <w:t>ein</w:t>
      </w:r>
      <w:r w:rsidR="00F946FE" w:rsidRPr="00B8180F">
        <w:rPr>
          <w:lang w:val="de-DE"/>
        </w:rPr>
        <w:t xml:space="preserve">   </w:t>
      </w:r>
      <w:sdt>
        <w:sdtPr>
          <w:rPr>
            <w:lang w:val="de-DE"/>
          </w:rPr>
          <w:id w:val="-20223904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4F11AD" w:rsidRPr="00B8180F">
        <w:rPr>
          <w:lang w:val="de-DE"/>
        </w:rPr>
        <w:t>ich weiß nicht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B8180F" w14:paraId="1DA8EC1A" w14:textId="77777777">
        <w:tc>
          <w:tcPr>
            <w:tcW w:w="8640" w:type="dxa"/>
            <w:shd w:val="clear" w:color="auto" w:fill="D3C1DD"/>
          </w:tcPr>
          <w:p w14:paraId="5149F781" w14:textId="3C36ECB2" w:rsidR="00074EEF" w:rsidRPr="00B8180F" w:rsidRDefault="00000000">
            <w:pPr>
              <w:rPr>
                <w:lang w:val="de-DE"/>
              </w:rPr>
            </w:pPr>
            <w:r w:rsidRPr="00B8180F">
              <w:rPr>
                <w:b/>
                <w:color w:val="FFFFFF"/>
                <w:sz w:val="28"/>
                <w:lang w:val="de-DE"/>
              </w:rPr>
              <w:lastRenderedPageBreak/>
              <w:t xml:space="preserve">4. </w:t>
            </w:r>
            <w:r w:rsidR="004F11AD" w:rsidRPr="00B8180F">
              <w:rPr>
                <w:b/>
                <w:color w:val="FFFFFF"/>
                <w:sz w:val="28"/>
                <w:lang w:val="de-DE"/>
              </w:rPr>
              <w:t>Persönliche Anamnese</w:t>
            </w:r>
          </w:p>
        </w:tc>
      </w:tr>
    </w:tbl>
    <w:p w14:paraId="634A4502" w14:textId="77777777" w:rsidR="004F11AD" w:rsidRPr="00B8180F" w:rsidRDefault="004F11AD">
      <w:pPr>
        <w:rPr>
          <w:lang w:val="de-DE"/>
        </w:rPr>
      </w:pPr>
      <w:r w:rsidRPr="00B8180F">
        <w:rPr>
          <w:lang w:val="de-DE"/>
        </w:rPr>
        <w:t>Wann haben Sie zum ersten Mal Veränderungen in der Form Ihrer Beine/Arme bemerkt?</w:t>
      </w:r>
    </w:p>
    <w:p w14:paraId="65C62769" w14:textId="251CF75C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1969854305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p w14:paraId="52CE1C44" w14:textId="77777777" w:rsidR="00B8180F" w:rsidRPr="00B8180F" w:rsidRDefault="00000000">
      <w:pPr>
        <w:rPr>
          <w:lang w:val="de-DE"/>
        </w:rPr>
      </w:pPr>
      <w:sdt>
        <w:sdtPr>
          <w:rPr>
            <w:lang w:val="de-DE"/>
          </w:rPr>
          <w:id w:val="-1853944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FA1B4B" w:rsidRPr="00B8180F">
        <w:rPr>
          <w:lang w:val="de-DE"/>
        </w:rPr>
        <w:t xml:space="preserve">Pubertät </w:t>
      </w:r>
      <w:sdt>
        <w:sdtPr>
          <w:rPr>
            <w:lang w:val="de-DE"/>
          </w:rPr>
          <w:id w:val="735518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FA1B4B" w:rsidRPr="00B8180F">
        <w:rPr>
          <w:lang w:val="de-DE"/>
        </w:rPr>
        <w:t xml:space="preserve">Schwangerschaft </w:t>
      </w:r>
      <w:sdt>
        <w:sdtPr>
          <w:rPr>
            <w:lang w:val="de-DE"/>
          </w:rPr>
          <w:id w:val="-442698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FA1B4B" w:rsidRPr="00B8180F">
        <w:rPr>
          <w:lang w:val="de-DE"/>
        </w:rPr>
        <w:t>Nach den Wechseljahren</w:t>
      </w:r>
    </w:p>
    <w:p w14:paraId="7DE2D9DB" w14:textId="01DCAC7A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547726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80F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FA1B4B" w:rsidRPr="00B8180F">
        <w:rPr>
          <w:lang w:val="de-DE"/>
        </w:rPr>
        <w:t>Andere</w:t>
      </w:r>
      <w:r w:rsidR="00F946FE" w:rsidRPr="00B8180F">
        <w:rPr>
          <w:lang w:val="de-DE"/>
        </w:rPr>
        <w:t xml:space="preserve">: </w:t>
      </w:r>
      <w:sdt>
        <w:sdtPr>
          <w:rPr>
            <w:lang w:val="de-DE"/>
          </w:rPr>
          <w:id w:val="-227302490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p w14:paraId="6D8663E5" w14:textId="77777777" w:rsidR="00FA1B4B" w:rsidRPr="00B8180F" w:rsidRDefault="00FA1B4B">
      <w:pPr>
        <w:rPr>
          <w:lang w:val="de-DE"/>
        </w:rPr>
      </w:pPr>
      <w:r w:rsidRPr="00B8180F">
        <w:rPr>
          <w:lang w:val="de-DE"/>
        </w:rPr>
        <w:t>Treten bei Ihnen eines der folgenden Symptome auf? (Zutreffendes bitte ankreuzen)</w:t>
      </w:r>
    </w:p>
    <w:p w14:paraId="54BD79B7" w14:textId="48728C8A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-404223183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p w14:paraId="03F35275" w14:textId="014226F1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-1198161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B17068" w:rsidRPr="00B8180F">
        <w:rPr>
          <w:lang w:val="de-DE"/>
        </w:rPr>
        <w:t xml:space="preserve">Zärtlichkeit bei Berührung </w:t>
      </w:r>
      <w:sdt>
        <w:sdtPr>
          <w:rPr>
            <w:lang w:val="de-DE"/>
          </w:rPr>
          <w:id w:val="-15492986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B17068" w:rsidRPr="00B8180F">
        <w:rPr>
          <w:lang w:val="de-DE"/>
        </w:rPr>
        <w:t xml:space="preserve">Leichte Blutergüsse </w:t>
      </w:r>
      <w:sdt>
        <w:sdtPr>
          <w:rPr>
            <w:lang w:val="de-DE"/>
          </w:rPr>
          <w:id w:val="-364604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B17068" w:rsidRPr="00B8180F">
        <w:rPr>
          <w:lang w:val="de-DE"/>
        </w:rPr>
        <w:t xml:space="preserve">Schmerzen nach längerem Stehen/Sitzen </w:t>
      </w:r>
      <w:sdt>
        <w:sdtPr>
          <w:rPr>
            <w:lang w:val="de-DE"/>
          </w:rPr>
          <w:id w:val="926237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B17068" w:rsidRPr="00B8180F">
        <w:rPr>
          <w:lang w:val="de-DE"/>
        </w:rPr>
        <w:t xml:space="preserve">Gefühl schwerer Beine/Arme </w:t>
      </w:r>
      <w:sdt>
        <w:sdtPr>
          <w:rPr>
            <w:lang w:val="de-DE"/>
          </w:rPr>
          <w:id w:val="-1812706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B17068" w:rsidRPr="00B8180F">
        <w:rPr>
          <w:lang w:val="de-DE"/>
        </w:rPr>
        <w:t xml:space="preserve">Veränderte Hauttemperatur oder verändertes Hautbild </w:t>
      </w:r>
      <w:sdt>
        <w:sdtPr>
          <w:rPr>
            <w:lang w:val="de-DE"/>
          </w:rPr>
          <w:id w:val="6270574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B17068" w:rsidRPr="00B8180F">
        <w:rPr>
          <w:lang w:val="de-DE"/>
        </w:rPr>
        <w:t xml:space="preserve">Müdigkeit in den Beinen/Extremitäten </w:t>
      </w:r>
      <w:sdt>
        <w:sdtPr>
          <w:rPr>
            <w:lang w:val="de-DE"/>
          </w:rPr>
          <w:id w:val="145483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B17068" w:rsidRPr="00B8180F">
        <w:rPr>
          <w:lang w:val="de-DE"/>
        </w:rPr>
        <w:t>Allmähliche Verschlechterung im Laufe der Zeit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B8180F" w14:paraId="5E3497F7" w14:textId="77777777">
        <w:tc>
          <w:tcPr>
            <w:tcW w:w="8640" w:type="dxa"/>
            <w:shd w:val="clear" w:color="auto" w:fill="D3C1DD"/>
          </w:tcPr>
          <w:p w14:paraId="28AF0A8D" w14:textId="38AAE9C9" w:rsidR="00074EEF" w:rsidRPr="00B8180F" w:rsidRDefault="00000000">
            <w:pPr>
              <w:rPr>
                <w:lang w:val="de-DE"/>
              </w:rPr>
            </w:pPr>
            <w:r w:rsidRPr="00B8180F">
              <w:rPr>
                <w:b/>
                <w:color w:val="FFFFFF"/>
                <w:sz w:val="28"/>
                <w:lang w:val="de-DE"/>
              </w:rPr>
              <w:t xml:space="preserve">5. </w:t>
            </w:r>
            <w:r w:rsidR="00B17068" w:rsidRPr="00B8180F">
              <w:rPr>
                <w:b/>
                <w:color w:val="FFFFFF"/>
                <w:sz w:val="28"/>
                <w:lang w:val="de-DE"/>
              </w:rPr>
              <w:t>Lebensstil und Einflüsse</w:t>
            </w:r>
          </w:p>
        </w:tc>
      </w:tr>
    </w:tbl>
    <w:p w14:paraId="1D29AF9F" w14:textId="3B58C6D5" w:rsidR="00B17068" w:rsidRPr="00B8180F" w:rsidRDefault="00B17068">
      <w:pPr>
        <w:rPr>
          <w:lang w:val="de-DE"/>
        </w:rPr>
      </w:pPr>
      <w:r w:rsidRPr="00B8180F">
        <w:rPr>
          <w:lang w:val="de-DE"/>
        </w:rPr>
        <w:t xml:space="preserve">Haben Sie Veränderungen </w:t>
      </w:r>
      <w:r w:rsidR="00B8180F" w:rsidRPr="00B8180F">
        <w:rPr>
          <w:lang w:val="de-DE"/>
        </w:rPr>
        <w:t>in Zusammenhang mit</w:t>
      </w:r>
      <w:r w:rsidRPr="00B8180F">
        <w:rPr>
          <w:lang w:val="de-DE"/>
        </w:rPr>
        <w:t xml:space="preserve"> der Ernährung und beim Training bemerkt?</w:t>
      </w:r>
    </w:p>
    <w:p w14:paraId="4D1F572E" w14:textId="07067100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-825736055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p w14:paraId="4660544E" w14:textId="12CA8187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-1213884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F5421C" w:rsidRPr="00B8180F">
        <w:rPr>
          <w:lang w:val="de-DE"/>
        </w:rPr>
        <w:t xml:space="preserve">Ja, deutliche Verbesserung </w:t>
      </w:r>
      <w:sdt>
        <w:sdtPr>
          <w:rPr>
            <w:lang w:val="de-DE"/>
          </w:rPr>
          <w:id w:val="-213502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F5421C" w:rsidRPr="00B8180F">
        <w:rPr>
          <w:lang w:val="de-DE"/>
        </w:rPr>
        <w:t xml:space="preserve">Ja, geringe Verbesserung </w:t>
      </w:r>
      <w:sdt>
        <w:sdtPr>
          <w:rPr>
            <w:lang w:val="de-DE"/>
          </w:rPr>
          <w:id w:val="-82151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F5421C" w:rsidRPr="00B8180F">
        <w:rPr>
          <w:lang w:val="de-DE"/>
        </w:rPr>
        <w:t>Nein, keine Verbesserung</w:t>
      </w:r>
    </w:p>
    <w:p w14:paraId="600C6C7A" w14:textId="77777777" w:rsidR="00666146" w:rsidRPr="00B8180F" w:rsidRDefault="00666146">
      <w:pPr>
        <w:rPr>
          <w:lang w:val="de-DE"/>
        </w:rPr>
      </w:pPr>
      <w:r w:rsidRPr="00B8180F">
        <w:rPr>
          <w:lang w:val="de-DE"/>
        </w:rPr>
        <w:t>Regelmäßige körperliche Aktivität (mehr als zweimal pro Woche)</w:t>
      </w:r>
    </w:p>
    <w:p w14:paraId="392D21DA" w14:textId="4C1F18EF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-1144039999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p w14:paraId="137886FC" w14:textId="4B88757F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508962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B17068" w:rsidRPr="00B8180F">
        <w:rPr>
          <w:lang w:val="de-DE"/>
        </w:rPr>
        <w:t>Ja</w:t>
      </w:r>
      <w:r w:rsidR="00F946FE" w:rsidRPr="00B8180F">
        <w:rPr>
          <w:lang w:val="de-DE"/>
        </w:rPr>
        <w:t xml:space="preserve">   </w:t>
      </w:r>
      <w:sdt>
        <w:sdtPr>
          <w:rPr>
            <w:lang w:val="de-DE"/>
          </w:rPr>
          <w:id w:val="-286584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N</w:t>
      </w:r>
      <w:r w:rsidR="00B17068" w:rsidRPr="00B8180F">
        <w:rPr>
          <w:lang w:val="de-DE"/>
        </w:rPr>
        <w:t>ein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B8180F" w14:paraId="39797EE5" w14:textId="77777777">
        <w:tc>
          <w:tcPr>
            <w:tcW w:w="8640" w:type="dxa"/>
            <w:shd w:val="clear" w:color="auto" w:fill="D3C1DD"/>
          </w:tcPr>
          <w:p w14:paraId="11DF2ACC" w14:textId="57908167" w:rsidR="00074EEF" w:rsidRPr="00B8180F" w:rsidRDefault="00000000">
            <w:pPr>
              <w:rPr>
                <w:lang w:val="de-DE"/>
              </w:rPr>
            </w:pPr>
            <w:r w:rsidRPr="00B8180F">
              <w:rPr>
                <w:b/>
                <w:color w:val="FFFFFF"/>
                <w:sz w:val="28"/>
                <w:lang w:val="de-DE"/>
              </w:rPr>
              <w:t xml:space="preserve">6. </w:t>
            </w:r>
            <w:r w:rsidR="00F5421C" w:rsidRPr="00B8180F">
              <w:rPr>
                <w:b/>
                <w:color w:val="FFFFFF"/>
                <w:sz w:val="28"/>
                <w:lang w:val="de-DE"/>
              </w:rPr>
              <w:t>Subjektive Einschätzung</w:t>
            </w:r>
          </w:p>
        </w:tc>
      </w:tr>
    </w:tbl>
    <w:p w14:paraId="4E19B98E" w14:textId="77777777" w:rsidR="00F5421C" w:rsidRPr="00B8180F" w:rsidRDefault="00F5421C">
      <w:pPr>
        <w:rPr>
          <w:lang w:val="de-DE"/>
        </w:rPr>
      </w:pPr>
      <w:r w:rsidRPr="00B8180F">
        <w:rPr>
          <w:lang w:val="de-DE"/>
        </w:rPr>
        <w:t>Wie stark beeinträchtigen Ihre Symptome Ihre Lebensqualität (0 – überhaupt nicht, 10 – sehr):</w:t>
      </w:r>
    </w:p>
    <w:p w14:paraId="420E51BA" w14:textId="594F310E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396550796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p w14:paraId="43435C39" w14:textId="77777777" w:rsidR="00753549" w:rsidRPr="00B8180F" w:rsidRDefault="00753549">
      <w:pPr>
        <w:rPr>
          <w:lang w:val="de-DE"/>
        </w:rPr>
      </w:pPr>
      <w:r w:rsidRPr="00B8180F">
        <w:rPr>
          <w:lang w:val="de-DE"/>
        </w:rPr>
        <w:t>Was stört Sie am meisten?</w:t>
      </w:r>
    </w:p>
    <w:p w14:paraId="114FF1C6" w14:textId="58229F3A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-243880597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p w14:paraId="7C5A412A" w14:textId="77777777" w:rsidR="00B8180F" w:rsidRDefault="00000000">
      <w:pPr>
        <w:rPr>
          <w:lang w:val="de-DE"/>
        </w:rPr>
      </w:pPr>
      <w:sdt>
        <w:sdtPr>
          <w:rPr>
            <w:lang w:val="de-DE"/>
          </w:rPr>
          <w:id w:val="1263333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753549" w:rsidRPr="00B8180F">
        <w:rPr>
          <w:lang w:val="de-DE"/>
        </w:rPr>
        <w:t xml:space="preserve">Schmerz </w:t>
      </w:r>
      <w:sdt>
        <w:sdtPr>
          <w:rPr>
            <w:lang w:val="de-DE"/>
          </w:rPr>
          <w:id w:val="-1903514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753549" w:rsidRPr="00B8180F">
        <w:rPr>
          <w:lang w:val="de-DE"/>
        </w:rPr>
        <w:t xml:space="preserve">Aussehen </w:t>
      </w:r>
      <w:sdt>
        <w:sdtPr>
          <w:rPr>
            <w:lang w:val="de-DE"/>
          </w:rPr>
          <w:id w:val="809214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753549" w:rsidRPr="00B8180F">
        <w:rPr>
          <w:lang w:val="de-DE"/>
        </w:rPr>
        <w:t>Eingeschränkte Mobilität</w:t>
      </w:r>
    </w:p>
    <w:p w14:paraId="42FAF4A6" w14:textId="2D82CFF6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1538930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753549" w:rsidRPr="00B8180F">
        <w:rPr>
          <w:lang w:val="de-DE"/>
        </w:rPr>
        <w:t>Andere</w:t>
      </w:r>
      <w:r w:rsidR="00F946FE" w:rsidRPr="00B8180F">
        <w:rPr>
          <w:lang w:val="de-DE"/>
        </w:rPr>
        <w:t xml:space="preserve">: </w:t>
      </w:r>
      <w:sdt>
        <w:sdtPr>
          <w:rPr>
            <w:lang w:val="de-DE"/>
          </w:rPr>
          <w:id w:val="-328442627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p w14:paraId="39EDF0EB" w14:textId="77777777" w:rsidR="00F946FE" w:rsidRPr="00B8180F" w:rsidRDefault="00F946FE">
      <w:pPr>
        <w:rPr>
          <w:lang w:val="de-D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B8180F" w14:paraId="793A7280" w14:textId="77777777">
        <w:tc>
          <w:tcPr>
            <w:tcW w:w="8640" w:type="dxa"/>
            <w:shd w:val="clear" w:color="auto" w:fill="D3C1DD"/>
          </w:tcPr>
          <w:p w14:paraId="3088553A" w14:textId="26BAC599" w:rsidR="00074EEF" w:rsidRPr="00B8180F" w:rsidRDefault="00000000">
            <w:pPr>
              <w:rPr>
                <w:lang w:val="de-DE"/>
              </w:rPr>
            </w:pPr>
            <w:r w:rsidRPr="00B8180F">
              <w:rPr>
                <w:b/>
                <w:color w:val="FFFFFF"/>
                <w:sz w:val="28"/>
                <w:lang w:val="de-DE"/>
              </w:rPr>
              <w:lastRenderedPageBreak/>
              <w:t xml:space="preserve">7. </w:t>
            </w:r>
            <w:r w:rsidR="00753549" w:rsidRPr="00B8180F">
              <w:rPr>
                <w:b/>
                <w:color w:val="FFFFFF"/>
                <w:sz w:val="28"/>
                <w:lang w:val="de-DE"/>
              </w:rPr>
              <w:t>Vorherige Behandlung</w:t>
            </w:r>
          </w:p>
        </w:tc>
      </w:tr>
    </w:tbl>
    <w:p w14:paraId="79F6B947" w14:textId="0A6D6841" w:rsidR="00753549" w:rsidRPr="00B8180F" w:rsidRDefault="00753549">
      <w:pPr>
        <w:rPr>
          <w:lang w:val="de-DE"/>
        </w:rPr>
      </w:pPr>
      <w:r w:rsidRPr="00B8180F">
        <w:rPr>
          <w:lang w:val="de-DE"/>
        </w:rPr>
        <w:t xml:space="preserve">Haben Sie schon einmal eines der folgenden </w:t>
      </w:r>
      <w:r w:rsidR="00C92274">
        <w:rPr>
          <w:lang w:val="de-DE"/>
        </w:rPr>
        <w:t>Maßnahmen</w:t>
      </w:r>
      <w:r w:rsidRPr="00B8180F">
        <w:rPr>
          <w:lang w:val="de-DE"/>
        </w:rPr>
        <w:t xml:space="preserve"> ausprobiert?</w:t>
      </w:r>
    </w:p>
    <w:p w14:paraId="6ACE97E2" w14:textId="08B745A0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1324241619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p w14:paraId="1954ED47" w14:textId="333A7736" w:rsidR="00B8180F" w:rsidRDefault="00000000">
      <w:pPr>
        <w:rPr>
          <w:lang w:val="de-DE"/>
        </w:rPr>
      </w:pPr>
      <w:sdt>
        <w:sdtPr>
          <w:rPr>
            <w:lang w:val="de-DE"/>
          </w:rPr>
          <w:id w:val="-919023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982301" w:rsidRPr="00B8180F">
        <w:rPr>
          <w:lang w:val="de-DE"/>
        </w:rPr>
        <w:t>Kompressions</w:t>
      </w:r>
      <w:r w:rsidR="00C92274">
        <w:rPr>
          <w:lang w:val="de-DE"/>
        </w:rPr>
        <w:t>wäsche</w:t>
      </w:r>
      <w:r w:rsidR="00982301" w:rsidRPr="00B8180F">
        <w:rPr>
          <w:lang w:val="de-DE"/>
        </w:rPr>
        <w:t xml:space="preserve"> </w:t>
      </w:r>
      <w:sdt>
        <w:sdtPr>
          <w:rPr>
            <w:lang w:val="de-DE"/>
          </w:rPr>
          <w:id w:val="-148747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982301" w:rsidRPr="00B8180F">
        <w:rPr>
          <w:lang w:val="de-DE"/>
        </w:rPr>
        <w:t xml:space="preserve">Manuelle Lymphdrainage </w:t>
      </w:r>
      <w:sdt>
        <w:sdtPr>
          <w:rPr>
            <w:lang w:val="de-DE"/>
          </w:rPr>
          <w:id w:val="522899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982301" w:rsidRPr="00B8180F">
        <w:rPr>
          <w:lang w:val="de-DE"/>
        </w:rPr>
        <w:t>Diät</w:t>
      </w:r>
      <w:r w:rsidR="00F946FE" w:rsidRPr="00B8180F">
        <w:rPr>
          <w:lang w:val="de-DE"/>
        </w:rPr>
        <w:t xml:space="preserve">   </w:t>
      </w:r>
      <w:sdt>
        <w:sdtPr>
          <w:rPr>
            <w:lang w:val="de-DE"/>
          </w:rPr>
          <w:id w:val="1759183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Liposu</w:t>
      </w:r>
      <w:r w:rsidR="00982301" w:rsidRPr="00B8180F">
        <w:rPr>
          <w:lang w:val="de-DE"/>
        </w:rPr>
        <w:t>k</w:t>
      </w:r>
      <w:r w:rsidR="00F946FE" w:rsidRPr="00B8180F">
        <w:rPr>
          <w:lang w:val="de-DE"/>
        </w:rPr>
        <w:t>tion</w:t>
      </w:r>
    </w:p>
    <w:p w14:paraId="12A59E55" w14:textId="1DD85BD8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-340387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946FE" w:rsidRPr="00B8180F">
            <w:rPr>
              <w:rFonts w:ascii="MS Gothic" w:eastAsia="MS Gothic" w:hAnsi="MS Gothic"/>
              <w:lang w:val="de-DE"/>
            </w:rPr>
            <w:t>☐</w:t>
          </w:r>
        </w:sdtContent>
      </w:sdt>
      <w:r w:rsidR="00F946FE" w:rsidRPr="00B8180F">
        <w:rPr>
          <w:lang w:val="de-DE"/>
        </w:rPr>
        <w:t xml:space="preserve"> </w:t>
      </w:r>
      <w:r w:rsidR="00982301" w:rsidRPr="00B8180F">
        <w:rPr>
          <w:lang w:val="de-DE"/>
        </w:rPr>
        <w:t>Andere</w:t>
      </w:r>
      <w:r w:rsidR="00F946FE" w:rsidRPr="00B8180F">
        <w:rPr>
          <w:lang w:val="de-DE"/>
        </w:rPr>
        <w:t xml:space="preserve">: </w:t>
      </w:r>
      <w:sdt>
        <w:sdtPr>
          <w:rPr>
            <w:lang w:val="de-DE"/>
          </w:rPr>
          <w:id w:val="1826546010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B8180F" w14:paraId="07F1985A" w14:textId="77777777">
        <w:tc>
          <w:tcPr>
            <w:tcW w:w="8640" w:type="dxa"/>
            <w:shd w:val="clear" w:color="auto" w:fill="D3C1DD"/>
          </w:tcPr>
          <w:p w14:paraId="76B7E5A3" w14:textId="39BFA735" w:rsidR="00074EEF" w:rsidRPr="00B8180F" w:rsidRDefault="00000000">
            <w:pPr>
              <w:rPr>
                <w:lang w:val="de-DE"/>
              </w:rPr>
            </w:pPr>
            <w:r w:rsidRPr="00B8180F">
              <w:rPr>
                <w:b/>
                <w:color w:val="FFFFFF"/>
                <w:sz w:val="28"/>
                <w:lang w:val="de-DE"/>
              </w:rPr>
              <w:t xml:space="preserve">8. </w:t>
            </w:r>
            <w:r w:rsidR="00666146" w:rsidRPr="00B8180F">
              <w:rPr>
                <w:b/>
                <w:color w:val="FFFFFF"/>
                <w:sz w:val="28"/>
                <w:lang w:val="de-DE"/>
              </w:rPr>
              <w:t>Körperdiagramm</w:t>
            </w:r>
          </w:p>
        </w:tc>
      </w:tr>
    </w:tbl>
    <w:p w14:paraId="59E06309" w14:textId="77777777" w:rsidR="00666146" w:rsidRPr="00B8180F" w:rsidRDefault="00666146">
      <w:pPr>
        <w:rPr>
          <w:lang w:val="de-DE"/>
        </w:rPr>
      </w:pPr>
      <w:r w:rsidRPr="00B8180F">
        <w:rPr>
          <w:lang w:val="de-DE"/>
        </w:rPr>
        <w:t>Beschreiben Sie unten bitte die Bereiche, in denen Sie Probleme haben (Schmerzen, Schwellungen, Druckempfindlichkeit).</w:t>
      </w:r>
    </w:p>
    <w:p w14:paraId="2502B562" w14:textId="1691290C" w:rsidR="00074EEF" w:rsidRPr="00B8180F" w:rsidRDefault="00000000">
      <w:pPr>
        <w:rPr>
          <w:lang w:val="de-DE"/>
        </w:rPr>
      </w:pPr>
      <w:sdt>
        <w:sdtPr>
          <w:rPr>
            <w:lang w:val="de-DE"/>
          </w:rPr>
          <w:id w:val="1717620721"/>
          <w:placeholder>
            <w:docPart w:val="DefaultPlaceholder_-1854013440"/>
          </w:placeholder>
          <w:showingPlcHdr/>
          <w:text/>
        </w:sdtPr>
        <w:sdtContent>
          <w:r w:rsidR="00F946FE" w:rsidRPr="00B8180F">
            <w:rPr>
              <w:rStyle w:val="Zstupntext"/>
              <w:lang w:val="de-DE"/>
            </w:rPr>
            <w:t>Klikněte nebo klepněte sem a zadejte text.</w:t>
          </w:r>
        </w:sdtContent>
      </w:sdt>
    </w:p>
    <w:p w14:paraId="68D3D132" w14:textId="77777777" w:rsidR="00074EEF" w:rsidRPr="00B8180F" w:rsidRDefault="00074EEF">
      <w:pPr>
        <w:rPr>
          <w:lang w:val="de-D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074EEF" w:rsidRPr="00B8180F" w14:paraId="19B1D446" w14:textId="77777777">
        <w:tc>
          <w:tcPr>
            <w:tcW w:w="8640" w:type="dxa"/>
            <w:shd w:val="clear" w:color="auto" w:fill="D3C1DD"/>
          </w:tcPr>
          <w:p w14:paraId="210D6393" w14:textId="5F812363" w:rsidR="00074EEF" w:rsidRPr="00B8180F" w:rsidRDefault="00000000">
            <w:pPr>
              <w:rPr>
                <w:lang w:val="de-DE"/>
              </w:rPr>
            </w:pPr>
            <w:r w:rsidRPr="00B8180F">
              <w:rPr>
                <w:b/>
                <w:color w:val="FFFFFF"/>
                <w:sz w:val="28"/>
                <w:lang w:val="de-DE"/>
              </w:rPr>
              <w:t xml:space="preserve">9. </w:t>
            </w:r>
            <w:r w:rsidR="00666146" w:rsidRPr="00B8180F">
              <w:rPr>
                <w:b/>
                <w:color w:val="FFFFFF"/>
                <w:sz w:val="28"/>
                <w:lang w:val="de-DE"/>
              </w:rPr>
              <w:t>Sonstige Anmerkungen</w:t>
            </w:r>
          </w:p>
        </w:tc>
      </w:tr>
    </w:tbl>
    <w:p w14:paraId="06CB2F5A" w14:textId="595E1BCF" w:rsidR="00074EEF" w:rsidRPr="00B8180F" w:rsidRDefault="00666146">
      <w:pPr>
        <w:spacing w:after="80"/>
        <w:rPr>
          <w:lang w:val="de-DE"/>
        </w:rPr>
      </w:pPr>
      <w:r w:rsidRPr="00B8180F">
        <w:rPr>
          <w:lang w:val="de-DE"/>
        </w:rPr>
        <w:t>Wenn Sie weitere Kommentare oder Vorschläge haben, schreiben Sie diese bitte unten:</w:t>
      </w:r>
    </w:p>
    <w:sdt>
      <w:sdtPr>
        <w:rPr>
          <w:lang w:val="de-DE"/>
        </w:rPr>
        <w:id w:val="581727591"/>
        <w:placeholder>
          <w:docPart w:val="DefaultPlaceholder_-1854013440"/>
        </w:placeholder>
        <w:showingPlcHdr/>
        <w:text/>
      </w:sdtPr>
      <w:sdtContent>
        <w:p w14:paraId="2D0545A0" w14:textId="4F56A3CB" w:rsidR="00074EEF" w:rsidRPr="00B8180F" w:rsidRDefault="0063412A">
          <w:pPr>
            <w:rPr>
              <w:lang w:val="de-DE"/>
            </w:rPr>
          </w:pPr>
          <w:r w:rsidRPr="00B8180F">
            <w:rPr>
              <w:rStyle w:val="Zstupntext"/>
              <w:lang w:val="de-DE"/>
            </w:rPr>
            <w:t>Klikněte nebo klepněte sem a zadejte text.</w:t>
          </w:r>
        </w:p>
      </w:sdtContent>
    </w:sdt>
    <w:p w14:paraId="40DB4BC7" w14:textId="77777777" w:rsidR="00F946FE" w:rsidRPr="00B8180F" w:rsidRDefault="00F946FE">
      <w:pPr>
        <w:rPr>
          <w:lang w:val="de-DE"/>
        </w:rPr>
      </w:pPr>
    </w:p>
    <w:p w14:paraId="701D9E6A" w14:textId="77777777" w:rsidR="00F946FE" w:rsidRPr="00B8180F" w:rsidRDefault="00F946FE">
      <w:pPr>
        <w:rPr>
          <w:lang w:val="de-DE"/>
        </w:rPr>
      </w:pPr>
    </w:p>
    <w:p w14:paraId="102B2434" w14:textId="77777777" w:rsidR="00666146" w:rsidRPr="00B8180F" w:rsidRDefault="00666146" w:rsidP="00666146">
      <w:pPr>
        <w:jc w:val="both"/>
        <w:rPr>
          <w:lang w:val="de-DE"/>
        </w:rPr>
      </w:pPr>
      <w:r w:rsidRPr="00B8180F">
        <w:rPr>
          <w:lang w:val="de-DE"/>
        </w:rPr>
        <w:t xml:space="preserve">Dieser Fragebogen hilft uns, Ihren Zustand besser zu verstehen und weitere Untersuchungen und Behandlungen zu planen. </w:t>
      </w:r>
    </w:p>
    <w:p w14:paraId="3B63C73B" w14:textId="77777777" w:rsidR="00B8180F" w:rsidRDefault="00B8180F" w:rsidP="00666146">
      <w:pPr>
        <w:jc w:val="both"/>
        <w:rPr>
          <w:b/>
          <w:bCs/>
          <w:lang w:val="de-DE"/>
        </w:rPr>
      </w:pPr>
    </w:p>
    <w:p w14:paraId="66C4AE83" w14:textId="7332A408" w:rsidR="00666146" w:rsidRPr="00B8180F" w:rsidRDefault="00666146" w:rsidP="00666146">
      <w:pPr>
        <w:jc w:val="both"/>
        <w:rPr>
          <w:b/>
          <w:bCs/>
          <w:lang w:val="de-DE"/>
        </w:rPr>
      </w:pPr>
      <w:r w:rsidRPr="00B8180F">
        <w:rPr>
          <w:b/>
          <w:bCs/>
          <w:lang w:val="de-DE"/>
        </w:rPr>
        <w:t>WICHTIG: Bitte fügen Sie Fotos der betroffenen Bereiche (Vorder-, Rückseite, Seiten</w:t>
      </w:r>
      <w:r w:rsidR="005843E8">
        <w:rPr>
          <w:b/>
          <w:bCs/>
          <w:lang w:val="de-DE"/>
        </w:rPr>
        <w:t>ansicht</w:t>
      </w:r>
      <w:r w:rsidRPr="00B8180F">
        <w:rPr>
          <w:b/>
          <w:bCs/>
          <w:lang w:val="de-DE"/>
        </w:rPr>
        <w:t xml:space="preserve">) bei. </w:t>
      </w:r>
    </w:p>
    <w:p w14:paraId="02DD0ECC" w14:textId="69012141" w:rsidR="00666146" w:rsidRPr="00B8180F" w:rsidRDefault="00666146" w:rsidP="00666146">
      <w:pPr>
        <w:pStyle w:val="Odstavecseseznamem"/>
        <w:numPr>
          <w:ilvl w:val="0"/>
          <w:numId w:val="12"/>
        </w:numPr>
        <w:jc w:val="both"/>
        <w:rPr>
          <w:b/>
          <w:bCs/>
          <w:lang w:val="de-DE"/>
        </w:rPr>
      </w:pPr>
      <w:r w:rsidRPr="00B8180F">
        <w:rPr>
          <w:b/>
          <w:bCs/>
          <w:lang w:val="de-DE"/>
        </w:rPr>
        <w:t xml:space="preserve">Vorzugsweise beide Beine inklusive Knöchel und Füße oder Arme inklusive Handgelenke und Hände. </w:t>
      </w:r>
    </w:p>
    <w:p w14:paraId="4889D77D" w14:textId="47EC9419" w:rsidR="00666146" w:rsidRPr="00B8180F" w:rsidRDefault="00666146" w:rsidP="00666146">
      <w:pPr>
        <w:pStyle w:val="Odstavecseseznamem"/>
        <w:numPr>
          <w:ilvl w:val="0"/>
          <w:numId w:val="12"/>
        </w:numPr>
        <w:jc w:val="both"/>
        <w:rPr>
          <w:b/>
          <w:bCs/>
          <w:lang w:val="de-DE"/>
        </w:rPr>
      </w:pPr>
      <w:r w:rsidRPr="00B8180F">
        <w:rPr>
          <w:b/>
          <w:bCs/>
          <w:lang w:val="de-DE"/>
        </w:rPr>
        <w:t>Fotos sollten aus Kniehöhe aufgenommen werden, um Ver</w:t>
      </w:r>
      <w:r w:rsidR="00D065C1">
        <w:rPr>
          <w:b/>
          <w:bCs/>
          <w:lang w:val="de-DE"/>
        </w:rPr>
        <w:t>formung</w:t>
      </w:r>
      <w:r w:rsidRPr="00B8180F">
        <w:rPr>
          <w:b/>
          <w:bCs/>
          <w:lang w:val="de-DE"/>
        </w:rPr>
        <w:t xml:space="preserve"> zu vermeiden. </w:t>
      </w:r>
    </w:p>
    <w:p w14:paraId="3E4CD2D5" w14:textId="43AD72FC" w:rsidR="00074EEF" w:rsidRPr="00B8180F" w:rsidRDefault="00666146" w:rsidP="00666146">
      <w:pPr>
        <w:pStyle w:val="Odstavecseseznamem"/>
        <w:numPr>
          <w:ilvl w:val="0"/>
          <w:numId w:val="12"/>
        </w:numPr>
        <w:jc w:val="both"/>
        <w:rPr>
          <w:b/>
          <w:bCs/>
          <w:lang w:val="de-DE"/>
        </w:rPr>
      </w:pPr>
      <w:r w:rsidRPr="00B8180F">
        <w:rPr>
          <w:b/>
          <w:bCs/>
          <w:lang w:val="de-DE"/>
        </w:rPr>
        <w:t>Vorzugsweise keine Selfies.</w:t>
      </w:r>
    </w:p>
    <w:sectPr w:rsidR="00074EEF" w:rsidRPr="00B8180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0A05BB"/>
    <w:multiLevelType w:val="hybridMultilevel"/>
    <w:tmpl w:val="C3202A16"/>
    <w:lvl w:ilvl="0" w:tplc="B3E62FA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B06EF9"/>
    <w:multiLevelType w:val="hybridMultilevel"/>
    <w:tmpl w:val="DC0A0476"/>
    <w:lvl w:ilvl="0" w:tplc="C7384ED6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E71643"/>
    <w:multiLevelType w:val="hybridMultilevel"/>
    <w:tmpl w:val="72E654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372174">
    <w:abstractNumId w:val="8"/>
  </w:num>
  <w:num w:numId="2" w16cid:durableId="2089500677">
    <w:abstractNumId w:val="6"/>
  </w:num>
  <w:num w:numId="3" w16cid:durableId="438722649">
    <w:abstractNumId w:val="5"/>
  </w:num>
  <w:num w:numId="4" w16cid:durableId="967398583">
    <w:abstractNumId w:val="4"/>
  </w:num>
  <w:num w:numId="5" w16cid:durableId="1255435446">
    <w:abstractNumId w:val="7"/>
  </w:num>
  <w:num w:numId="6" w16cid:durableId="1384400325">
    <w:abstractNumId w:val="3"/>
  </w:num>
  <w:num w:numId="7" w16cid:durableId="557714611">
    <w:abstractNumId w:val="2"/>
  </w:num>
  <w:num w:numId="8" w16cid:durableId="1076977862">
    <w:abstractNumId w:val="1"/>
  </w:num>
  <w:num w:numId="9" w16cid:durableId="1673602217">
    <w:abstractNumId w:val="0"/>
  </w:num>
  <w:num w:numId="10" w16cid:durableId="1685671102">
    <w:abstractNumId w:val="10"/>
  </w:num>
  <w:num w:numId="11" w16cid:durableId="956987983">
    <w:abstractNumId w:val="11"/>
  </w:num>
  <w:num w:numId="12" w16cid:durableId="17190109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formatting="1" w:enforcement="1" w:cryptProviderType="rsaAES" w:cryptAlgorithmClass="hash" w:cryptAlgorithmType="typeAny" w:cryptAlgorithmSid="14" w:cryptSpinCount="100000" w:hash="EWCPzQTcexI+3vDCdg0AnzoWkT3xa9DtFdTt3I0poDKT626VmZtPqtSFWLpLNlKl+dnMFgj8yV3nMHitB/cnzA==" w:salt="g3IInFw1r3hDB+Qh0m61Yw==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866"/>
    <w:rsid w:val="0006063C"/>
    <w:rsid w:val="00074EEF"/>
    <w:rsid w:val="0015074B"/>
    <w:rsid w:val="001C50DC"/>
    <w:rsid w:val="00222798"/>
    <w:rsid w:val="00280810"/>
    <w:rsid w:val="0029639D"/>
    <w:rsid w:val="00326F90"/>
    <w:rsid w:val="003F03AD"/>
    <w:rsid w:val="004F11AD"/>
    <w:rsid w:val="005843E8"/>
    <w:rsid w:val="005B2D1A"/>
    <w:rsid w:val="0063412A"/>
    <w:rsid w:val="00666146"/>
    <w:rsid w:val="006800B0"/>
    <w:rsid w:val="00753549"/>
    <w:rsid w:val="00812D47"/>
    <w:rsid w:val="008B5637"/>
    <w:rsid w:val="008C3400"/>
    <w:rsid w:val="008E6008"/>
    <w:rsid w:val="009463B0"/>
    <w:rsid w:val="00982301"/>
    <w:rsid w:val="00A059DA"/>
    <w:rsid w:val="00A136A0"/>
    <w:rsid w:val="00A95018"/>
    <w:rsid w:val="00AA1D8D"/>
    <w:rsid w:val="00B17068"/>
    <w:rsid w:val="00B458B3"/>
    <w:rsid w:val="00B47730"/>
    <w:rsid w:val="00B8180F"/>
    <w:rsid w:val="00BE3731"/>
    <w:rsid w:val="00C92274"/>
    <w:rsid w:val="00CB0664"/>
    <w:rsid w:val="00CE0DE0"/>
    <w:rsid w:val="00CF2E74"/>
    <w:rsid w:val="00D065C1"/>
    <w:rsid w:val="00DD29F0"/>
    <w:rsid w:val="00E13F55"/>
    <w:rsid w:val="00E16282"/>
    <w:rsid w:val="00E61C1D"/>
    <w:rsid w:val="00E731FA"/>
    <w:rsid w:val="00E77745"/>
    <w:rsid w:val="00F2418D"/>
    <w:rsid w:val="00F5421C"/>
    <w:rsid w:val="00F64040"/>
    <w:rsid w:val="00F730BD"/>
    <w:rsid w:val="00F946FE"/>
    <w:rsid w:val="00FA1B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8F0633"/>
  <w14:defaultImageDpi w14:val="330"/>
  <w15:docId w15:val="{EC08AF2B-FBB4-4938-81BD-A442DAF2D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Zstupntext">
    <w:name w:val="Placeholder Text"/>
    <w:basedOn w:val="Standardnpsmoodstavce"/>
    <w:uiPriority w:val="99"/>
    <w:semiHidden/>
    <w:rsid w:val="008C34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BF1153-15A9-46AC-8905-ED0CF1FB3E34}"/>
      </w:docPartPr>
      <w:docPartBody>
        <w:p w:rsidR="008A0DE6" w:rsidRDefault="000D147B">
          <w:r w:rsidRPr="00E6723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7B"/>
    <w:rsid w:val="000D147B"/>
    <w:rsid w:val="001B56A1"/>
    <w:rsid w:val="00280810"/>
    <w:rsid w:val="0028762E"/>
    <w:rsid w:val="006800B0"/>
    <w:rsid w:val="006C5718"/>
    <w:rsid w:val="008A0DE6"/>
    <w:rsid w:val="008B5637"/>
    <w:rsid w:val="0090455A"/>
    <w:rsid w:val="009463B0"/>
    <w:rsid w:val="00A059DA"/>
    <w:rsid w:val="00A574B6"/>
    <w:rsid w:val="00B61E53"/>
    <w:rsid w:val="00E16282"/>
    <w:rsid w:val="00FC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0D147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9e59a4-f1dc-456d-ba88-a4d9b6e20ba0" xsi:nil="true"/>
    <lcf76f155ced4ddcb4097134ff3c332f xmlns="3c55152d-4711-45cd-9cb4-50196c39515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0BB63FDAE9AC46AD2ECD9907449743" ma:contentTypeVersion="15" ma:contentTypeDescription="Vytvoří nový dokument" ma:contentTypeScope="" ma:versionID="43caf119c05d6448d77947e450b8b817">
  <xsd:schema xmlns:xsd="http://www.w3.org/2001/XMLSchema" xmlns:xs="http://www.w3.org/2001/XMLSchema" xmlns:p="http://schemas.microsoft.com/office/2006/metadata/properties" xmlns:ns2="ed9e59a4-f1dc-456d-ba88-a4d9b6e20ba0" xmlns:ns3="3c55152d-4711-45cd-9cb4-50196c39515e" targetNamespace="http://schemas.microsoft.com/office/2006/metadata/properties" ma:root="true" ma:fieldsID="ebcb3bd07941255f7a030283a31cee5a" ns2:_="" ns3:_="">
    <xsd:import namespace="ed9e59a4-f1dc-456d-ba88-a4d9b6e20ba0"/>
    <xsd:import namespace="3c55152d-4711-45cd-9cb4-50196c3951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e59a4-f1dc-456d-ba88-a4d9b6e20b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6bfb39c-7ea7-4343-bfca-66807f6219d6}" ma:internalName="TaxCatchAll" ma:showField="CatchAllData" ma:web="ed9e59a4-f1dc-456d-ba88-a4d9b6e20b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5152d-4711-45cd-9cb4-50196c395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2750fc9e-19c5-4843-a33f-8cd24924c1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35C646-38CC-4627-9C6B-CFA30412C2FA}">
  <ds:schemaRefs>
    <ds:schemaRef ds:uri="http://schemas.microsoft.com/office/2006/metadata/properties"/>
    <ds:schemaRef ds:uri="http://schemas.microsoft.com/office/infopath/2007/PartnerControls"/>
    <ds:schemaRef ds:uri="ed9e59a4-f1dc-456d-ba88-a4d9b6e20ba0"/>
    <ds:schemaRef ds:uri="3c55152d-4711-45cd-9cb4-50196c39515e"/>
  </ds:schemaRefs>
</ds:datastoreItem>
</file>

<file path=customXml/itemProps2.xml><?xml version="1.0" encoding="utf-8"?>
<ds:datastoreItem xmlns:ds="http://schemas.openxmlformats.org/officeDocument/2006/customXml" ds:itemID="{A04092B5-BC00-48D2-896A-E35F5F008A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B2FCAA-A549-4EBB-B2C2-4EDE5860B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9e59a4-f1dc-456d-ba88-a4d9b6e20ba0"/>
    <ds:schemaRef ds:uri="3c55152d-4711-45cd-9cb4-50196c3951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549</Words>
  <Characters>3240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Roman Šolc</cp:lastModifiedBy>
  <cp:revision>3</cp:revision>
  <cp:lastPrinted>2025-10-22T09:40:00Z</cp:lastPrinted>
  <dcterms:created xsi:type="dcterms:W3CDTF">2025-10-31T13:54:00Z</dcterms:created>
  <dcterms:modified xsi:type="dcterms:W3CDTF">2025-10-31T14:07:00Z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0x010100D60BB63FDAE9AC46AD2ECD9907449743</vt:lpwstr>
  </property>
</Properties>
</file>